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BE683" w14:textId="77777777" w:rsidR="00903CB8" w:rsidRPr="00E851AA" w:rsidRDefault="00E851AA" w:rsidP="00E851AA">
      <w:pPr>
        <w:pStyle w:val="Heading1"/>
        <w:jc w:val="center"/>
        <w:rPr>
          <w:rFonts w:ascii="Aptos Display" w:hAnsi="Aptos Display"/>
          <w:sz w:val="44"/>
          <w:szCs w:val="44"/>
        </w:rPr>
      </w:pPr>
      <w:r w:rsidRPr="00E851AA">
        <w:rPr>
          <w:rFonts w:ascii="Aptos Display" w:hAnsi="Aptos Display"/>
          <w:sz w:val="44"/>
          <w:szCs w:val="44"/>
        </w:rPr>
        <w:t xml:space="preserve">Who I Am </w:t>
      </w:r>
      <w:proofErr w:type="gramStart"/>
      <w:r w:rsidRPr="00E851AA">
        <w:rPr>
          <w:rFonts w:ascii="Aptos Display" w:hAnsi="Aptos Display"/>
          <w:sz w:val="44"/>
          <w:szCs w:val="44"/>
        </w:rPr>
        <w:t>In</w:t>
      </w:r>
      <w:proofErr w:type="gramEnd"/>
      <w:r w:rsidRPr="00E851AA">
        <w:rPr>
          <w:rFonts w:ascii="Aptos Display" w:hAnsi="Aptos Display"/>
          <w:sz w:val="44"/>
          <w:szCs w:val="44"/>
        </w:rPr>
        <w:t xml:space="preserve"> Christ</w:t>
      </w:r>
    </w:p>
    <w:p w14:paraId="2CD70FE0" w14:textId="77777777" w:rsidR="00903CB8" w:rsidRPr="00E851AA" w:rsidRDefault="00E851AA" w:rsidP="00E851AA">
      <w:pPr>
        <w:pStyle w:val="IntenseQuote"/>
        <w:jc w:val="center"/>
        <w:rPr>
          <w:rFonts w:ascii="Aptos Display" w:hAnsi="Aptos Display"/>
        </w:rPr>
      </w:pPr>
      <w:r w:rsidRPr="00E851AA">
        <w:rPr>
          <w:rFonts w:ascii="Aptos Display" w:hAnsi="Aptos Display"/>
        </w:rPr>
        <w:t>Biblical Truths to “Practice Believing”</w:t>
      </w:r>
    </w:p>
    <w:tbl>
      <w:tblPr>
        <w:tblStyle w:val="TableGrid"/>
        <w:tblW w:w="10080" w:type="dxa"/>
        <w:tblInd w:w="-342" w:type="dxa"/>
        <w:tblLook w:val="04A0" w:firstRow="1" w:lastRow="0" w:firstColumn="1" w:lastColumn="0" w:noHBand="0" w:noVBand="1"/>
      </w:tblPr>
      <w:tblGrid>
        <w:gridCol w:w="4662"/>
        <w:gridCol w:w="5418"/>
      </w:tblGrid>
      <w:tr w:rsidR="00903CB8" w14:paraId="3F0B4C30" w14:textId="77777777" w:rsidTr="00E851AA">
        <w:tc>
          <w:tcPr>
            <w:tcW w:w="4662" w:type="dxa"/>
          </w:tcPr>
          <w:p w14:paraId="5188C783" w14:textId="77777777" w:rsidR="00903CB8" w:rsidRDefault="00E851AA">
            <w:r>
              <w:t>I AM GOD'S...</w:t>
            </w:r>
            <w:r>
              <w:br/>
              <w:t>• possession – Genesis 17:8 / 1 Cor 6:20</w:t>
            </w:r>
            <w:r>
              <w:br/>
              <w:t>• child – John 1:12</w:t>
            </w:r>
            <w:r>
              <w:br/>
              <w:t>• workmanship – Ephesians 2:10</w:t>
            </w:r>
            <w:r>
              <w:br/>
              <w:t>• friend – James 2:23</w:t>
            </w:r>
            <w:r>
              <w:br/>
              <w:t>• temple – 1 Cor 3:16 / 6:16</w:t>
            </w:r>
            <w:r>
              <w:br/>
              <w:t>• vessel – 2 Timothy 2:2</w:t>
            </w:r>
            <w:r>
              <w:br/>
              <w:t xml:space="preserve">• </w:t>
            </w:r>
            <w:r>
              <w:t>co-laborer – 1 Timothy 5:18</w:t>
            </w:r>
            <w:r>
              <w:br/>
              <w:t>• witness – Acts 1:8</w:t>
            </w:r>
            <w:r>
              <w:br/>
              <w:t>• soldier – 2 Timothy 2:3</w:t>
            </w:r>
            <w:r>
              <w:br/>
              <w:t>• ambassador – 2 Cor 5:20</w:t>
            </w:r>
            <w:r>
              <w:br/>
              <w:t>• building – 1 Cor 3:9</w:t>
            </w:r>
            <w:r>
              <w:br/>
              <w:t>• husbandry – 1 Cor 3:9</w:t>
            </w:r>
            <w:r>
              <w:br/>
              <w:t>• minister/instrument – Acts 26:16 / 1 Tim 4:6</w:t>
            </w:r>
            <w:r>
              <w:br/>
              <w:t>• chosen – Ephesians 1:4</w:t>
            </w:r>
            <w:r>
              <w:br/>
              <w:t>• beloved – Romans 1:7 / 2 Thess 2:13</w:t>
            </w:r>
            <w:r>
              <w:br/>
              <w:t>• precious jewel – Malachi 3:17</w:t>
            </w:r>
            <w:r>
              <w:br/>
              <w:t>• heritage – 1 Peter 5:3</w:t>
            </w:r>
            <w:r>
              <w:br/>
            </w:r>
            <w:r>
              <w:br/>
              <w:t>I HAVE BEEN...</w:t>
            </w:r>
            <w:r>
              <w:br/>
              <w:t>• redeemed by the blood – Rev 5:9</w:t>
            </w:r>
            <w:r>
              <w:br/>
              <w:t>• set free from sin / condemnation – Rom 8:1-2</w:t>
            </w:r>
            <w:r>
              <w:br/>
              <w:t>• set free from Satan’s control – Col 1:13</w:t>
            </w:r>
            <w:r>
              <w:br/>
              <w:t>• set free from Satan’s kingdom – Eph 2</w:t>
            </w:r>
            <w:r>
              <w:br/>
              <w:t>• chosen before f</w:t>
            </w:r>
            <w:r>
              <w:t>oundation of world – Eph 1:4</w:t>
            </w:r>
            <w:r>
              <w:br/>
              <w:t>• predestined to be like Jesus – Ephesians 1:11</w:t>
            </w:r>
            <w:r>
              <w:br/>
              <w:t>• forgiven of all my trespasses – Col 2:13</w:t>
            </w:r>
            <w:r>
              <w:br/>
              <w:t>• washed in the blood of the Lamb – Rev 1:5</w:t>
            </w:r>
            <w:r>
              <w:br/>
              <w:t>• given a sound mind – 2 Timothy 1:7</w:t>
            </w:r>
            <w:r>
              <w:br/>
              <w:t>• given the Holy Spirit – 2 Cor 1:22</w:t>
            </w:r>
            <w:r>
              <w:br/>
              <w:t>• adopted into God’s family – Romans 8:15</w:t>
            </w:r>
            <w:r>
              <w:br/>
              <w:t>• justified freely by His grace – Romans 3:24</w:t>
            </w:r>
            <w:r>
              <w:br/>
              <w:t>• given all things pertaining to life – 2 Pet 1:3</w:t>
            </w:r>
            <w:r>
              <w:br/>
              <w:t>• given great and precious promises – 2 Pet 1:4</w:t>
            </w:r>
            <w:r>
              <w:br/>
              <w:t>• given ministry of reconciliation – 2 Cor 1:22</w:t>
            </w:r>
            <w:r>
              <w:br/>
              <w:t>• authority over the power of enemy – Lu</w:t>
            </w:r>
            <w:r>
              <w:t>ke 10:19</w:t>
            </w:r>
            <w:r>
              <w:br/>
              <w:t>• access to God – Ephesians 3:12</w:t>
            </w:r>
            <w:r>
              <w:br/>
              <w:t>• been given wisdom – Ephesians 1:8</w:t>
            </w:r>
            <w:r>
              <w:br/>
            </w:r>
            <w:r>
              <w:br/>
              <w:t>I AM...</w:t>
            </w:r>
            <w:r>
              <w:br/>
              <w:t>• complete in Him – Colossians 2:10</w:t>
            </w:r>
            <w:r>
              <w:br/>
              <w:t>• free forever from sin’s power – Romans 6:14</w:t>
            </w:r>
            <w:r>
              <w:br/>
              <w:t>• sanctified – 1 Cor 6:11</w:t>
            </w:r>
            <w:r>
              <w:br/>
              <w:t>• meet for the Master’s use – 2 Timothy 2:21</w:t>
            </w:r>
            <w:r>
              <w:br/>
              <w:t>• loved eternally – 1 Peter 1:5</w:t>
            </w:r>
            <w:r>
              <w:br/>
              <w:t>• eternally kept in the palm of His hand – John 10:29</w:t>
            </w:r>
            <w:r>
              <w:br/>
            </w:r>
            <w:r>
              <w:lastRenderedPageBreak/>
              <w:t>• kept from falling – Jude 1:24</w:t>
            </w:r>
            <w:r>
              <w:br/>
              <w:t>• kept by the power of God – 1 Peter 1:5</w:t>
            </w:r>
            <w:r>
              <w:br/>
              <w:t>• not condemned – Romans 8:1-2</w:t>
            </w:r>
            <w:r>
              <w:br/>
              <w:t>• one with the Lord – 1 Cor 6:17</w:t>
            </w:r>
            <w:r>
              <w:br/>
              <w:t>• on my way to heaven – John 14:6</w:t>
            </w:r>
            <w:r>
              <w:br/>
              <w:t xml:space="preserve">• quickened by </w:t>
            </w:r>
            <w:r>
              <w:t>His mighty power – Eph 2:1</w:t>
            </w:r>
            <w:r>
              <w:br/>
              <w:t>• seated in heavenly places – Eph 1:3</w:t>
            </w:r>
            <w:r>
              <w:br/>
              <w:t>• the head and not the tail – Deut 28:13</w:t>
            </w:r>
          </w:p>
        </w:tc>
        <w:tc>
          <w:tcPr>
            <w:tcW w:w="5418" w:type="dxa"/>
          </w:tcPr>
          <w:p w14:paraId="59BF8E80" w14:textId="77777777" w:rsidR="00E851AA" w:rsidRDefault="00E851AA">
            <w:r>
              <w:lastRenderedPageBreak/>
              <w:t>• light in the darkness – Matthew 5:14</w:t>
            </w:r>
            <w:r>
              <w:br/>
              <w:t>• candle in a dark place – Matthew 5:15</w:t>
            </w:r>
            <w:r>
              <w:br/>
              <w:t>• city set on a hill – Matthew 5:14</w:t>
            </w:r>
            <w:r>
              <w:br/>
              <w:t>• salt of the earth – Matthew 5:13</w:t>
            </w:r>
            <w:r>
              <w:br/>
              <w:t>• His sheep – Ps 23 / Psalms 100:3 / John 10:14</w:t>
            </w:r>
            <w:r>
              <w:br/>
              <w:t>• a citizen of heaven – 1 Peter 2:11</w:t>
            </w:r>
            <w:r>
              <w:br/>
              <w:t>• hidden with Christ in God – Psalms 32:7</w:t>
            </w:r>
            <w:r>
              <w:br/>
              <w:t>• protected from the evil one – 1 John 5:18</w:t>
            </w:r>
            <w:r>
              <w:br/>
              <w:t>• kept by the power of God – 1 Peter 1:5</w:t>
            </w:r>
            <w:r>
              <w:br/>
              <w:t>• secure in Christ – John 10:28-29</w:t>
            </w:r>
            <w:r>
              <w:br/>
              <w:t>• set on a Rock – Psalms 40:2</w:t>
            </w:r>
            <w:r>
              <w:br/>
              <w:t>• more-than-a-conqueror – Romans 8:37</w:t>
            </w:r>
            <w:r>
              <w:br/>
              <w:t>• born again – 1 Peter 1:23</w:t>
            </w:r>
            <w:r>
              <w:br/>
              <w:t>• a victor – 1 John 5:4</w:t>
            </w:r>
            <w:r>
              <w:br/>
              <w:t>• healed by His stripes – Isa 53:</w:t>
            </w:r>
            <w:r>
              <w:t>6</w:t>
            </w:r>
            <w:r>
              <w:br/>
              <w:t>• covered by blood of Jesus – Rev 12:11, 1 Pet 1:19</w:t>
            </w:r>
            <w:r>
              <w:br/>
              <w:t>• sheltered under His wing – Psalms 91:4</w:t>
            </w:r>
            <w:r>
              <w:br/>
              <w:t>• hidden in secret place of the Almighty – Ps 91:1</w:t>
            </w:r>
            <w:r>
              <w:br/>
            </w:r>
            <w:r>
              <w:br/>
              <w:t>I HAVE...</w:t>
            </w:r>
            <w:r>
              <w:br/>
              <w:t>• access to the Father – Romans 5:2</w:t>
            </w:r>
            <w:r>
              <w:br/>
              <w:t>• a home in heaven waiting for me – Jn 14:1-2</w:t>
            </w:r>
            <w:r>
              <w:br/>
              <w:t>• all things in Christ – 2 Cor 5:17</w:t>
            </w:r>
            <w:r>
              <w:br/>
              <w:t>• a living hope – 1 Peter 1:3</w:t>
            </w:r>
            <w:r>
              <w:br/>
              <w:t>• an anchor to my soul – Hebrews 6:19</w:t>
            </w:r>
            <w:r>
              <w:br/>
              <w:t>• a hope that is sure and steadfast – Heb 6:19</w:t>
            </w:r>
            <w:r>
              <w:br/>
              <w:t>• authority to tread on serpents – Luke 10:19</w:t>
            </w:r>
            <w:r>
              <w:br/>
              <w:t>• power to witness – Acts 1:8</w:t>
            </w:r>
            <w:r>
              <w:br/>
              <w:t>• the tongue of the learned – Isaiah 50:4</w:t>
            </w:r>
            <w:r>
              <w:br/>
              <w:t>• th</w:t>
            </w:r>
            <w:r>
              <w:t>e mind of Christ – 1 Cor 2:16</w:t>
            </w:r>
            <w:r>
              <w:br/>
              <w:t>• boldness and access – Hebrews 10:19</w:t>
            </w:r>
            <w:r>
              <w:br/>
              <w:t>• peace with God – Romans 5:1</w:t>
            </w:r>
            <w:r>
              <w:br/>
              <w:t>• faith as a grain of mustard seed – Luke 17:6</w:t>
            </w:r>
            <w:r>
              <w:br/>
            </w:r>
            <w:r>
              <w:br/>
              <w:t>I CAN...</w:t>
            </w:r>
            <w:r>
              <w:br/>
              <w:t>• do all things through Christ – Philip 4:13</w:t>
            </w:r>
            <w:r>
              <w:br/>
              <w:t>• find mercy and grace to help – Heb 4:16</w:t>
            </w:r>
            <w:r>
              <w:br/>
              <w:t>• come boldly to the throne of grace – Heb 4:16</w:t>
            </w:r>
            <w:r>
              <w:br/>
              <w:t>• quench all the fiery darts – Eph 6:16</w:t>
            </w:r>
            <w:r>
              <w:br/>
              <w:t>• tread on the serpent – Luke 10:19</w:t>
            </w:r>
            <w:r>
              <w:br/>
              <w:t>• declare liberty to captives – Isaiah 61:1</w:t>
            </w:r>
            <w:r>
              <w:br/>
              <w:t>• pray always and everywhere – Luke 21:36</w:t>
            </w:r>
            <w:r>
              <w:br/>
              <w:t>• chase a thousand – Joshua 23:10</w:t>
            </w:r>
            <w:r>
              <w:br/>
              <w:t>• defeat (overcome) the en</w:t>
            </w:r>
            <w:r>
              <w:t>emy – Rev 12:11</w:t>
            </w:r>
            <w:r>
              <w:br/>
              <w:t>• tread Satan under foot – Rom 16:20</w:t>
            </w:r>
          </w:p>
          <w:p w14:paraId="0C124251" w14:textId="77777777" w:rsidR="00E851AA" w:rsidRDefault="00E851AA"/>
          <w:p w14:paraId="075ABCD8" w14:textId="24CA9DBE" w:rsidR="00903CB8" w:rsidRDefault="00E851AA">
            <w:r>
              <w:br/>
            </w:r>
            <w:r>
              <w:br/>
            </w:r>
            <w:r>
              <w:lastRenderedPageBreak/>
              <w:t>I CANNOT...</w:t>
            </w:r>
            <w:r>
              <w:br/>
              <w:t>• be separated from God’s love – Rom 8:35-39</w:t>
            </w:r>
            <w:r>
              <w:br/>
              <w:t>• be perish or be lost – John 10:28, John 3:16</w:t>
            </w:r>
            <w:r>
              <w:br/>
              <w:t>• be moved – Psalms 16:8</w:t>
            </w:r>
            <w:r>
              <w:br/>
              <w:t>• be taken out of my Father’s hand – John 10:29</w:t>
            </w:r>
            <w:r>
              <w:br/>
              <w:t>• be charged or accused – Romans 8:33</w:t>
            </w:r>
            <w:r>
              <w:br/>
              <w:t>• be condemned – 1 Cor 11:32</w:t>
            </w:r>
          </w:p>
        </w:tc>
      </w:tr>
    </w:tbl>
    <w:p w14:paraId="2C28584C" w14:textId="77777777" w:rsidR="00E851AA" w:rsidRPr="00E851AA" w:rsidRDefault="00E851AA" w:rsidP="00E851AA">
      <w:pPr>
        <w:rPr>
          <w:color w:val="548DD4" w:themeColor="text2" w:themeTint="99"/>
        </w:rPr>
      </w:pPr>
    </w:p>
    <w:p w14:paraId="747AF1CB" w14:textId="18CDD9C7" w:rsidR="00903CB8" w:rsidRPr="00E851AA" w:rsidRDefault="00E851AA" w:rsidP="00E851AA">
      <w:pPr>
        <w:jc w:val="center"/>
        <w:rPr>
          <w:rFonts w:ascii="Aptos Display" w:hAnsi="Aptos Display"/>
          <w:b/>
          <w:bCs/>
          <w:color w:val="548DD4" w:themeColor="text2" w:themeTint="99"/>
          <w:sz w:val="44"/>
          <w:szCs w:val="44"/>
        </w:rPr>
      </w:pPr>
      <w:r w:rsidRPr="00E851AA">
        <w:rPr>
          <w:rFonts w:ascii="Aptos Display" w:hAnsi="Aptos Display"/>
          <w:b/>
          <w:bCs/>
          <w:color w:val="548DD4" w:themeColor="text2" w:themeTint="99"/>
          <w:sz w:val="44"/>
          <w:szCs w:val="44"/>
        </w:rPr>
        <w:t>Old and New Wine Skin Praying</w:t>
      </w:r>
    </w:p>
    <w:tbl>
      <w:tblPr>
        <w:tblStyle w:val="TableGrid"/>
        <w:tblW w:w="10080" w:type="dxa"/>
        <w:tblInd w:w="-342" w:type="dxa"/>
        <w:tblLook w:val="04A0" w:firstRow="1" w:lastRow="0" w:firstColumn="1" w:lastColumn="0" w:noHBand="0" w:noVBand="1"/>
      </w:tblPr>
      <w:tblGrid>
        <w:gridCol w:w="4662"/>
        <w:gridCol w:w="5418"/>
      </w:tblGrid>
      <w:tr w:rsidR="00903CB8" w14:paraId="59B29516" w14:textId="77777777" w:rsidTr="00E851AA">
        <w:tc>
          <w:tcPr>
            <w:tcW w:w="4662" w:type="dxa"/>
          </w:tcPr>
          <w:p w14:paraId="2B9AE146" w14:textId="77777777" w:rsidR="00903CB8" w:rsidRDefault="00E851AA">
            <w:r>
              <w:t>O</w:t>
            </w:r>
            <w:r>
              <w:t>ld</w:t>
            </w:r>
          </w:p>
        </w:tc>
        <w:tc>
          <w:tcPr>
            <w:tcW w:w="5418" w:type="dxa"/>
          </w:tcPr>
          <w:p w14:paraId="6FC0FCE3" w14:textId="77777777" w:rsidR="00903CB8" w:rsidRDefault="00E851AA">
            <w:r>
              <w:t>New</w:t>
            </w:r>
          </w:p>
        </w:tc>
      </w:tr>
      <w:tr w:rsidR="00903CB8" w14:paraId="77C3F6AE" w14:textId="77777777" w:rsidTr="00E851AA">
        <w:tc>
          <w:tcPr>
            <w:tcW w:w="4662" w:type="dxa"/>
          </w:tcPr>
          <w:p w14:paraId="330E5A50" w14:textId="77777777" w:rsidR="00903CB8" w:rsidRDefault="00E851AA">
            <w:r>
              <w:t>• Begging</w:t>
            </w:r>
          </w:p>
        </w:tc>
        <w:tc>
          <w:tcPr>
            <w:tcW w:w="5418" w:type="dxa"/>
          </w:tcPr>
          <w:p w14:paraId="48AB896D" w14:textId="77777777" w:rsidR="00903CB8" w:rsidRDefault="00E851AA">
            <w:r>
              <w:t>• Declaring</w:t>
            </w:r>
          </w:p>
        </w:tc>
      </w:tr>
      <w:tr w:rsidR="00903CB8" w14:paraId="5F39E7DE" w14:textId="77777777" w:rsidTr="00E851AA">
        <w:tc>
          <w:tcPr>
            <w:tcW w:w="4662" w:type="dxa"/>
          </w:tcPr>
          <w:p w14:paraId="33DB7A7B" w14:textId="77777777" w:rsidR="00903CB8" w:rsidRDefault="00E851AA">
            <w:r>
              <w:t>• Pray hard</w:t>
            </w:r>
          </w:p>
        </w:tc>
        <w:tc>
          <w:tcPr>
            <w:tcW w:w="5418" w:type="dxa"/>
          </w:tcPr>
          <w:p w14:paraId="05F69189" w14:textId="77777777" w:rsidR="00903CB8" w:rsidRDefault="00E851AA">
            <w:r>
              <w:t>• Pray believing</w:t>
            </w:r>
          </w:p>
        </w:tc>
      </w:tr>
      <w:tr w:rsidR="00903CB8" w14:paraId="3F2F6BD1" w14:textId="77777777" w:rsidTr="00E851AA">
        <w:tc>
          <w:tcPr>
            <w:tcW w:w="4662" w:type="dxa"/>
          </w:tcPr>
          <w:p w14:paraId="4B812B34" w14:textId="77777777" w:rsidR="00903CB8" w:rsidRDefault="00E851AA">
            <w:r>
              <w:t>• Many words</w:t>
            </w:r>
          </w:p>
        </w:tc>
        <w:tc>
          <w:tcPr>
            <w:tcW w:w="5418" w:type="dxa"/>
          </w:tcPr>
          <w:p w14:paraId="356357E3" w14:textId="77777777" w:rsidR="00903CB8" w:rsidRDefault="00E851AA">
            <w:r>
              <w:t>• Fewer words</w:t>
            </w:r>
          </w:p>
        </w:tc>
      </w:tr>
      <w:tr w:rsidR="00903CB8" w14:paraId="7A81259F" w14:textId="77777777" w:rsidTr="00E851AA">
        <w:tc>
          <w:tcPr>
            <w:tcW w:w="4662" w:type="dxa"/>
          </w:tcPr>
          <w:p w14:paraId="19480E4A" w14:textId="77777777" w:rsidR="00903CB8" w:rsidRDefault="00E851AA">
            <w:r>
              <w:t>• Belief during prayer</w:t>
            </w:r>
          </w:p>
        </w:tc>
        <w:tc>
          <w:tcPr>
            <w:tcW w:w="5418" w:type="dxa"/>
          </w:tcPr>
          <w:p w14:paraId="7C58ECCB" w14:textId="77777777" w:rsidR="00903CB8" w:rsidRDefault="00E851AA">
            <w:r>
              <w:t>• Belief after prayer</w:t>
            </w:r>
          </w:p>
        </w:tc>
      </w:tr>
      <w:tr w:rsidR="00903CB8" w14:paraId="0CF704EF" w14:textId="77777777" w:rsidTr="00E851AA">
        <w:tc>
          <w:tcPr>
            <w:tcW w:w="4662" w:type="dxa"/>
          </w:tcPr>
          <w:p w14:paraId="478D4AF5" w14:textId="77777777" w:rsidR="00903CB8" w:rsidRDefault="00E851AA">
            <w:r>
              <w:t>• Reactive</w:t>
            </w:r>
          </w:p>
        </w:tc>
        <w:tc>
          <w:tcPr>
            <w:tcW w:w="5418" w:type="dxa"/>
          </w:tcPr>
          <w:p w14:paraId="12817F22" w14:textId="77777777" w:rsidR="00903CB8" w:rsidRDefault="00E851AA">
            <w:r>
              <w:t>• Proactive</w:t>
            </w:r>
          </w:p>
        </w:tc>
      </w:tr>
      <w:tr w:rsidR="00903CB8" w14:paraId="1741F18F" w14:textId="77777777" w:rsidTr="00E851AA">
        <w:tc>
          <w:tcPr>
            <w:tcW w:w="4662" w:type="dxa"/>
          </w:tcPr>
          <w:p w14:paraId="7B850688" w14:textId="77777777" w:rsidR="00903CB8" w:rsidRDefault="00E851AA">
            <w:r>
              <w:t>• Talk about problem</w:t>
            </w:r>
          </w:p>
        </w:tc>
        <w:tc>
          <w:tcPr>
            <w:tcW w:w="5418" w:type="dxa"/>
          </w:tcPr>
          <w:p w14:paraId="39589B13" w14:textId="77777777" w:rsidR="00903CB8" w:rsidRDefault="00E851AA">
            <w:r>
              <w:t>• Talk to the problem</w:t>
            </w:r>
          </w:p>
        </w:tc>
      </w:tr>
      <w:tr w:rsidR="00903CB8" w14:paraId="6B0A0883" w14:textId="77777777" w:rsidTr="00E851AA">
        <w:tc>
          <w:tcPr>
            <w:tcW w:w="4662" w:type="dxa"/>
          </w:tcPr>
          <w:p w14:paraId="57DCC3A1" w14:textId="77777777" w:rsidR="00903CB8" w:rsidRDefault="00E851AA">
            <w:r>
              <w:t>• Stopping devil and curses</w:t>
            </w:r>
          </w:p>
        </w:tc>
        <w:tc>
          <w:tcPr>
            <w:tcW w:w="5418" w:type="dxa"/>
          </w:tcPr>
          <w:p w14:paraId="4B49D8AB" w14:textId="77777777" w:rsidR="00903CB8" w:rsidRDefault="00E851AA">
            <w:r>
              <w:t>• Releasing God and blessing</w:t>
            </w:r>
          </w:p>
        </w:tc>
      </w:tr>
      <w:tr w:rsidR="00903CB8" w14:paraId="08E65263" w14:textId="77777777" w:rsidTr="00E851AA">
        <w:tc>
          <w:tcPr>
            <w:tcW w:w="4662" w:type="dxa"/>
          </w:tcPr>
          <w:p w14:paraId="7AF5751C" w14:textId="77777777" w:rsidR="00903CB8" w:rsidRDefault="00E851AA">
            <w:r>
              <w:t xml:space="preserve">• Focusing mainly on </w:t>
            </w:r>
            <w:r>
              <w:t>problem</w:t>
            </w:r>
          </w:p>
        </w:tc>
        <w:tc>
          <w:tcPr>
            <w:tcW w:w="5418" w:type="dxa"/>
          </w:tcPr>
          <w:p w14:paraId="359AA630" w14:textId="77777777" w:rsidR="00903CB8" w:rsidRDefault="00E851AA">
            <w:r>
              <w:t>• Focusing mainly on testimonies and promises</w:t>
            </w:r>
          </w:p>
        </w:tc>
      </w:tr>
      <w:tr w:rsidR="00903CB8" w14:paraId="32849F55" w14:textId="77777777" w:rsidTr="00E851AA">
        <w:tc>
          <w:tcPr>
            <w:tcW w:w="4662" w:type="dxa"/>
          </w:tcPr>
          <w:p w14:paraId="06F3565E" w14:textId="77777777" w:rsidR="00903CB8" w:rsidRDefault="00E851AA">
            <w:r>
              <w:t>• Mostly asking</w:t>
            </w:r>
          </w:p>
        </w:tc>
        <w:tc>
          <w:tcPr>
            <w:tcW w:w="5418" w:type="dxa"/>
          </w:tcPr>
          <w:p w14:paraId="404502AE" w14:textId="77777777" w:rsidR="00903CB8" w:rsidRDefault="00E851AA">
            <w:r>
              <w:t>• Mostly thanking</w:t>
            </w:r>
          </w:p>
        </w:tc>
      </w:tr>
      <w:tr w:rsidR="00903CB8" w14:paraId="6D4961F7" w14:textId="77777777" w:rsidTr="00E851AA">
        <w:tc>
          <w:tcPr>
            <w:tcW w:w="4662" w:type="dxa"/>
          </w:tcPr>
          <w:p w14:paraId="24E15CB8" w14:textId="77777777" w:rsidR="00903CB8" w:rsidRDefault="00E851AA">
            <w:r>
              <w:t>• God is reluctant and/or hindered</w:t>
            </w:r>
          </w:p>
        </w:tc>
        <w:tc>
          <w:tcPr>
            <w:tcW w:w="5418" w:type="dxa"/>
          </w:tcPr>
          <w:p w14:paraId="74AEB457" w14:textId="77777777" w:rsidR="00903CB8" w:rsidRDefault="00E851AA">
            <w:r>
              <w:t>• God is good and has already won victory</w:t>
            </w:r>
          </w:p>
        </w:tc>
      </w:tr>
      <w:tr w:rsidR="00903CB8" w14:paraId="7132E25D" w14:textId="77777777" w:rsidTr="00E851AA">
        <w:tc>
          <w:tcPr>
            <w:tcW w:w="4662" w:type="dxa"/>
          </w:tcPr>
          <w:p w14:paraId="33404461" w14:textId="77777777" w:rsidR="00903CB8" w:rsidRDefault="00E851AA">
            <w:r>
              <w:t>• Uncomfortable with silence</w:t>
            </w:r>
          </w:p>
        </w:tc>
        <w:tc>
          <w:tcPr>
            <w:tcW w:w="5418" w:type="dxa"/>
          </w:tcPr>
          <w:p w14:paraId="438C1C9F" w14:textId="77777777" w:rsidR="00903CB8" w:rsidRDefault="00E851AA">
            <w:r>
              <w:t>• Values soaking prayer</w:t>
            </w:r>
          </w:p>
        </w:tc>
      </w:tr>
      <w:tr w:rsidR="00903CB8" w14:paraId="59FD5333" w14:textId="77777777" w:rsidTr="00E851AA">
        <w:tc>
          <w:tcPr>
            <w:tcW w:w="4662" w:type="dxa"/>
          </w:tcPr>
          <w:p w14:paraId="48230B7C" w14:textId="77777777" w:rsidR="00903CB8" w:rsidRDefault="00E851AA">
            <w:r>
              <w:t>• Worship prepares for prayer</w:t>
            </w:r>
          </w:p>
        </w:tc>
        <w:tc>
          <w:tcPr>
            <w:tcW w:w="5418" w:type="dxa"/>
          </w:tcPr>
          <w:p w14:paraId="037C7E13" w14:textId="77777777" w:rsidR="00903CB8" w:rsidRDefault="00E851AA">
            <w:r>
              <w:t>• Worship is prayer</w:t>
            </w:r>
          </w:p>
        </w:tc>
      </w:tr>
      <w:tr w:rsidR="00903CB8" w14:paraId="16B611BA" w14:textId="77777777" w:rsidTr="00E851AA">
        <w:tc>
          <w:tcPr>
            <w:tcW w:w="4662" w:type="dxa"/>
          </w:tcPr>
          <w:p w14:paraId="666DC37C" w14:textId="77777777" w:rsidR="00903CB8" w:rsidRDefault="00E851AA">
            <w:r>
              <w:t>• Intercession dominates church</w:t>
            </w:r>
          </w:p>
        </w:tc>
        <w:tc>
          <w:tcPr>
            <w:tcW w:w="5418" w:type="dxa"/>
          </w:tcPr>
          <w:p w14:paraId="1BF164D5" w14:textId="77777777" w:rsidR="00903CB8" w:rsidRDefault="00E851AA">
            <w:r>
              <w:t>• Intercession is one part of diversified prayer plan</w:t>
            </w:r>
          </w:p>
        </w:tc>
      </w:tr>
      <w:tr w:rsidR="00903CB8" w14:paraId="2AC8256B" w14:textId="77777777" w:rsidTr="00E851AA">
        <w:tc>
          <w:tcPr>
            <w:tcW w:w="4662" w:type="dxa"/>
          </w:tcPr>
          <w:p w14:paraId="61D2D7F2" w14:textId="77777777" w:rsidR="00903CB8" w:rsidRDefault="00E851AA">
            <w:r>
              <w:t>• Fasting from things</w:t>
            </w:r>
          </w:p>
        </w:tc>
        <w:tc>
          <w:tcPr>
            <w:tcW w:w="5418" w:type="dxa"/>
          </w:tcPr>
          <w:p w14:paraId="70B354C6" w14:textId="77777777" w:rsidR="00903CB8" w:rsidRDefault="00E851AA">
            <w:r>
              <w:t>• Fasting to things</w:t>
            </w:r>
          </w:p>
        </w:tc>
      </w:tr>
      <w:tr w:rsidR="00903CB8" w14:paraId="7E15EF44" w14:textId="77777777" w:rsidTr="00E851AA">
        <w:tc>
          <w:tcPr>
            <w:tcW w:w="4662" w:type="dxa"/>
          </w:tcPr>
          <w:p w14:paraId="5B504C84" w14:textId="77777777" w:rsidR="00903CB8" w:rsidRDefault="00E851AA">
            <w:r>
              <w:t>• Fasting is an event</w:t>
            </w:r>
          </w:p>
        </w:tc>
        <w:tc>
          <w:tcPr>
            <w:tcW w:w="5418" w:type="dxa"/>
          </w:tcPr>
          <w:p w14:paraId="32944B35" w14:textId="77777777" w:rsidR="00903CB8" w:rsidRDefault="00E851AA">
            <w:r>
              <w:t>• Fasting is a lifestyle</w:t>
            </w:r>
          </w:p>
        </w:tc>
      </w:tr>
      <w:tr w:rsidR="00903CB8" w14:paraId="598E057A" w14:textId="77777777" w:rsidTr="00E851AA">
        <w:tc>
          <w:tcPr>
            <w:tcW w:w="4662" w:type="dxa"/>
          </w:tcPr>
          <w:p w14:paraId="2A88FAB1" w14:textId="77777777" w:rsidR="00903CB8" w:rsidRDefault="00E851AA">
            <w:r>
              <w:t>• Burdened</w:t>
            </w:r>
          </w:p>
        </w:tc>
        <w:tc>
          <w:tcPr>
            <w:tcW w:w="5418" w:type="dxa"/>
          </w:tcPr>
          <w:p w14:paraId="64061CDC" w14:textId="77777777" w:rsidR="00903CB8" w:rsidRDefault="00E851AA">
            <w:r>
              <w:t>• Joyful</w:t>
            </w:r>
          </w:p>
        </w:tc>
      </w:tr>
      <w:tr w:rsidR="00903CB8" w14:paraId="23A0CD4C" w14:textId="77777777" w:rsidTr="00E851AA">
        <w:tc>
          <w:tcPr>
            <w:tcW w:w="4662" w:type="dxa"/>
          </w:tcPr>
          <w:p w14:paraId="38750631" w14:textId="77777777" w:rsidR="00903CB8" w:rsidRDefault="00E851AA">
            <w:r>
              <w:t>• Laughing is rare</w:t>
            </w:r>
          </w:p>
        </w:tc>
        <w:tc>
          <w:tcPr>
            <w:tcW w:w="5418" w:type="dxa"/>
          </w:tcPr>
          <w:p w14:paraId="7C7B5CB7" w14:textId="77777777" w:rsidR="00903CB8" w:rsidRDefault="00E851AA">
            <w:r>
              <w:t xml:space="preserve">• Laughing is </w:t>
            </w:r>
            <w:r>
              <w:t>frequent</w:t>
            </w:r>
          </w:p>
        </w:tc>
      </w:tr>
      <w:tr w:rsidR="00903CB8" w14:paraId="76CDFA3C" w14:textId="77777777" w:rsidTr="00E851AA">
        <w:tc>
          <w:tcPr>
            <w:tcW w:w="4662" w:type="dxa"/>
          </w:tcPr>
          <w:p w14:paraId="6AF096FA" w14:textId="77777777" w:rsidR="00903CB8" w:rsidRDefault="00E851AA">
            <w:r>
              <w:t>• Focusing on the duties of prayer</w:t>
            </w:r>
          </w:p>
        </w:tc>
        <w:tc>
          <w:tcPr>
            <w:tcW w:w="5418" w:type="dxa"/>
          </w:tcPr>
          <w:p w14:paraId="2ADCE1C5" w14:textId="77777777" w:rsidR="00903CB8" w:rsidRDefault="00E851AA">
            <w:r>
              <w:t>• Seeking the depths of God</w:t>
            </w:r>
          </w:p>
        </w:tc>
      </w:tr>
      <w:tr w:rsidR="00903CB8" w14:paraId="1833ECEA" w14:textId="77777777" w:rsidTr="00E851AA">
        <w:tc>
          <w:tcPr>
            <w:tcW w:w="4662" w:type="dxa"/>
          </w:tcPr>
          <w:p w14:paraId="5705CE6D" w14:textId="77777777" w:rsidR="00903CB8" w:rsidRDefault="00E851AA">
            <w:r>
              <w:t>• Spiritual attacks are positive signs</w:t>
            </w:r>
          </w:p>
        </w:tc>
        <w:tc>
          <w:tcPr>
            <w:tcW w:w="5418" w:type="dxa"/>
          </w:tcPr>
          <w:p w14:paraId="14CD048A" w14:textId="77777777" w:rsidR="00903CB8" w:rsidRDefault="00E851AA">
            <w:r>
              <w:t>• Expect God's protection/blessing after prayer</w:t>
            </w:r>
          </w:p>
        </w:tc>
      </w:tr>
    </w:tbl>
    <w:p w14:paraId="1B148B20" w14:textId="77777777" w:rsidR="00E851AA" w:rsidRDefault="00E851AA"/>
    <w:sectPr w:rsidR="00000000" w:rsidSect="00E851A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55337125">
    <w:abstractNumId w:val="8"/>
  </w:num>
  <w:num w:numId="2" w16cid:durableId="400447836">
    <w:abstractNumId w:val="6"/>
  </w:num>
  <w:num w:numId="3" w16cid:durableId="1213155213">
    <w:abstractNumId w:val="5"/>
  </w:num>
  <w:num w:numId="4" w16cid:durableId="581304386">
    <w:abstractNumId w:val="4"/>
  </w:num>
  <w:num w:numId="5" w16cid:durableId="791363519">
    <w:abstractNumId w:val="7"/>
  </w:num>
  <w:num w:numId="6" w16cid:durableId="194539900">
    <w:abstractNumId w:val="3"/>
  </w:num>
  <w:num w:numId="7" w16cid:durableId="885139238">
    <w:abstractNumId w:val="2"/>
  </w:num>
  <w:num w:numId="8" w16cid:durableId="2096977700">
    <w:abstractNumId w:val="1"/>
  </w:num>
  <w:num w:numId="9" w16cid:durableId="1955332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903CB8"/>
    <w:rsid w:val="00AA1D8D"/>
    <w:rsid w:val="00B47730"/>
    <w:rsid w:val="00CB0664"/>
    <w:rsid w:val="00E851AA"/>
    <w:rsid w:val="00FC58F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7D1AE3"/>
  <w14:defaultImageDpi w14:val="300"/>
  <w15:docId w15:val="{1769FB08-E4A9-4446-A5DC-E34428BC0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707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4733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Teresa Gibson</cp:lastModifiedBy>
  <cp:revision>2</cp:revision>
  <dcterms:created xsi:type="dcterms:W3CDTF">2025-06-23T03:21:00Z</dcterms:created>
  <dcterms:modified xsi:type="dcterms:W3CDTF">2025-06-23T03:21:00Z</dcterms:modified>
  <cp:category/>
</cp:coreProperties>
</file>