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D7E7F5" w14:textId="77777777" w:rsidR="002A02CB" w:rsidRPr="00964D02" w:rsidRDefault="00964D02" w:rsidP="00964D02">
      <w:pPr>
        <w:pStyle w:val="Heading1"/>
        <w:jc w:val="center"/>
        <w:rPr>
          <w:rFonts w:ascii="Aptos Display" w:hAnsi="Aptos Display"/>
          <w:sz w:val="44"/>
          <w:szCs w:val="44"/>
        </w:rPr>
      </w:pPr>
      <w:r w:rsidRPr="00964D02">
        <w:rPr>
          <w:rFonts w:ascii="Aptos Display" w:hAnsi="Aptos Display"/>
          <w:sz w:val="44"/>
          <w:szCs w:val="44"/>
        </w:rPr>
        <w:t>Scriptures on The Kingdom of God (Light)</w:t>
      </w:r>
    </w:p>
    <w:p w14:paraId="26EA8B48" w14:textId="77777777" w:rsidR="002A02CB" w:rsidRPr="00964D02" w:rsidRDefault="00964D02">
      <w:pPr>
        <w:rPr>
          <w:sz w:val="24"/>
          <w:szCs w:val="24"/>
        </w:rPr>
      </w:pPr>
      <w:r w:rsidRPr="00964D02">
        <w:rPr>
          <w:sz w:val="24"/>
          <w:szCs w:val="24"/>
        </w:rPr>
        <w:t>Luke 17:21 “The Kingdom of God is within you” (NKJV).</w:t>
      </w:r>
      <w:r w:rsidRPr="00964D02">
        <w:rPr>
          <w:sz w:val="24"/>
          <w:szCs w:val="24"/>
        </w:rPr>
        <w:br/>
      </w:r>
      <w:r w:rsidRPr="00964D02">
        <w:rPr>
          <w:sz w:val="24"/>
          <w:szCs w:val="24"/>
        </w:rPr>
        <w:br/>
        <w:t>Matthew 12:28 “…the kingdom of God has come upon you.”</w:t>
      </w:r>
      <w:r w:rsidRPr="00964D02">
        <w:rPr>
          <w:sz w:val="24"/>
          <w:szCs w:val="24"/>
        </w:rPr>
        <w:br/>
      </w:r>
      <w:r w:rsidRPr="00964D02">
        <w:rPr>
          <w:sz w:val="24"/>
          <w:szCs w:val="24"/>
        </w:rPr>
        <w:br/>
        <w:t>Philippians 3:20 “…but our citizenship is in heaven.”</w:t>
      </w:r>
      <w:r w:rsidRPr="00964D02">
        <w:rPr>
          <w:sz w:val="24"/>
          <w:szCs w:val="24"/>
        </w:rPr>
        <w:br/>
      </w:r>
      <w:r w:rsidRPr="00964D02">
        <w:rPr>
          <w:sz w:val="24"/>
          <w:szCs w:val="24"/>
        </w:rPr>
        <w:br/>
        <w:t xml:space="preserve">Ephesians 2:6 “And God raised us up with </w:t>
      </w:r>
      <w:r w:rsidRPr="00964D02">
        <w:rPr>
          <w:sz w:val="24"/>
          <w:szCs w:val="24"/>
        </w:rPr>
        <w:t>Christ and seated us with him in heavenly realms in Christ Jesus.”</w:t>
      </w:r>
      <w:r w:rsidRPr="00964D02">
        <w:rPr>
          <w:sz w:val="24"/>
          <w:szCs w:val="24"/>
        </w:rPr>
        <w:br/>
      </w:r>
      <w:r w:rsidRPr="00964D02">
        <w:rPr>
          <w:sz w:val="24"/>
          <w:szCs w:val="24"/>
        </w:rPr>
        <w:br/>
        <w:t>Luke 22:29-30 “And I confer on you a kingdom, just as my father conferred one on me, so that you may eat &amp; drink at my table in my kingdom &amp; sit on thrones, judging the twelve tribes of Israel.”</w:t>
      </w:r>
      <w:r w:rsidRPr="00964D02">
        <w:rPr>
          <w:sz w:val="24"/>
          <w:szCs w:val="24"/>
        </w:rPr>
        <w:br/>
      </w:r>
      <w:r w:rsidRPr="00964D02">
        <w:rPr>
          <w:sz w:val="24"/>
          <w:szCs w:val="24"/>
        </w:rPr>
        <w:br/>
        <w:t>Colossians 1:13 “For he has rescued us from the kingdom of darkness and transferred us into the Kingdom of his dear Son…” (NLT).</w:t>
      </w:r>
      <w:r w:rsidRPr="00964D02">
        <w:rPr>
          <w:sz w:val="24"/>
          <w:szCs w:val="24"/>
        </w:rPr>
        <w:br/>
      </w:r>
      <w:r w:rsidRPr="00964D02">
        <w:rPr>
          <w:sz w:val="24"/>
          <w:szCs w:val="24"/>
        </w:rPr>
        <w:br/>
        <w:t>Romans 14:17 “For the Kingdom of God is not a matter of eating and drinking, but of righteousness, peace and joy in th</w:t>
      </w:r>
      <w:r w:rsidRPr="00964D02">
        <w:rPr>
          <w:sz w:val="24"/>
          <w:szCs w:val="24"/>
        </w:rPr>
        <w:t>e Holy Spirit.”</w:t>
      </w:r>
      <w:r w:rsidRPr="00964D02">
        <w:rPr>
          <w:sz w:val="24"/>
          <w:szCs w:val="24"/>
        </w:rPr>
        <w:br/>
      </w:r>
      <w:r w:rsidRPr="00964D02">
        <w:rPr>
          <w:sz w:val="24"/>
          <w:szCs w:val="24"/>
        </w:rPr>
        <w:br/>
        <w:t>1 Corinthians 4:20 “The Kingdom of God is not a matter of talk but of power.”</w:t>
      </w:r>
      <w:r w:rsidRPr="00964D02">
        <w:rPr>
          <w:sz w:val="24"/>
          <w:szCs w:val="24"/>
        </w:rPr>
        <w:br/>
      </w:r>
      <w:r w:rsidRPr="00964D02">
        <w:rPr>
          <w:sz w:val="24"/>
          <w:szCs w:val="24"/>
        </w:rPr>
        <w:br/>
        <w:t>Matthew 6:33 “But seek first his kingdom and his righteousness, and all these things will be given to you as well.”</w:t>
      </w:r>
      <w:r w:rsidRPr="00964D02">
        <w:rPr>
          <w:sz w:val="24"/>
          <w:szCs w:val="24"/>
        </w:rPr>
        <w:br/>
      </w:r>
      <w:r w:rsidRPr="00964D02">
        <w:rPr>
          <w:sz w:val="24"/>
          <w:szCs w:val="24"/>
        </w:rPr>
        <w:br/>
        <w:t>Matthew 4:23 “Jesus went throughout Galilee teaching in their synagogues, preaching the good news of the kingdom, and healing every disease and sickness among the people.”</w:t>
      </w:r>
      <w:r w:rsidRPr="00964D02">
        <w:rPr>
          <w:sz w:val="24"/>
          <w:szCs w:val="24"/>
        </w:rPr>
        <w:br/>
      </w:r>
      <w:r w:rsidRPr="00964D02">
        <w:rPr>
          <w:sz w:val="24"/>
          <w:szCs w:val="24"/>
        </w:rPr>
        <w:br/>
        <w:t>Luke 4:43 “But he (Jesus) said, ‘I must preach the good news of the kingdom of God to the other towns also, because that is wh</w:t>
      </w:r>
      <w:r w:rsidRPr="00964D02">
        <w:rPr>
          <w:sz w:val="24"/>
          <w:szCs w:val="24"/>
        </w:rPr>
        <w:t>y I was sent.’ ”</w:t>
      </w:r>
      <w:r w:rsidRPr="00964D02">
        <w:rPr>
          <w:sz w:val="24"/>
          <w:szCs w:val="24"/>
        </w:rPr>
        <w:br/>
      </w:r>
      <w:r w:rsidRPr="00964D02">
        <w:rPr>
          <w:sz w:val="24"/>
          <w:szCs w:val="24"/>
        </w:rPr>
        <w:br/>
        <w:t>Matthew 10:6-8 (Jesus speaking to the twelve) “Go rather to the lost sheep of Israel. As you go, preach this message: ‘The kingdom of heaven has come near.’ Heal the sick, raise the dead, cleanse those who have leprosy, drive out demons. Freely you have received, freely give.”</w:t>
      </w:r>
      <w:r w:rsidRPr="00964D02">
        <w:rPr>
          <w:sz w:val="24"/>
          <w:szCs w:val="24"/>
        </w:rPr>
        <w:br/>
      </w:r>
      <w:r w:rsidRPr="00964D02">
        <w:rPr>
          <w:sz w:val="24"/>
          <w:szCs w:val="24"/>
        </w:rPr>
        <w:br/>
        <w:t>Luke 9:1-2 “When Jesus had called the Twelve together, he gave them power &amp; authority to drive out all demons &amp; to cure diseases, he sent them out to preach the kingdom of God &amp; heal the sick.”</w:t>
      </w:r>
      <w:r w:rsidRPr="00964D02">
        <w:rPr>
          <w:sz w:val="24"/>
          <w:szCs w:val="24"/>
        </w:rPr>
        <w:br/>
      </w:r>
      <w:r w:rsidRPr="00964D02">
        <w:rPr>
          <w:sz w:val="24"/>
          <w:szCs w:val="24"/>
        </w:rPr>
        <w:br/>
        <w:t>Matthew 16:19 “I wil</w:t>
      </w:r>
      <w:r w:rsidRPr="00964D02">
        <w:rPr>
          <w:sz w:val="24"/>
          <w:szCs w:val="24"/>
        </w:rPr>
        <w:t>l give you the keys of the kingdom of heaven, whatever you bind on earth will be bound in heaven, and whatever you loose on earth will be loosed in heaven.”</w:t>
      </w:r>
      <w:r w:rsidRPr="00964D02">
        <w:rPr>
          <w:sz w:val="24"/>
          <w:szCs w:val="24"/>
        </w:rPr>
        <w:br/>
      </w:r>
      <w:r w:rsidRPr="00964D02">
        <w:rPr>
          <w:sz w:val="24"/>
          <w:szCs w:val="24"/>
        </w:rPr>
        <w:lastRenderedPageBreak/>
        <w:br/>
        <w:t>Matthew 11:12 “From the days of John the Baptist until now, the kingdom of heaven has been forcefully advancing, and forceful men lay hold of it.”</w:t>
      </w:r>
    </w:p>
    <w:p w14:paraId="0EEE0481" w14:textId="77777777" w:rsidR="002A02CB" w:rsidRPr="00964D02" w:rsidRDefault="00964D02">
      <w:pPr>
        <w:rPr>
          <w:sz w:val="24"/>
          <w:szCs w:val="24"/>
        </w:rPr>
      </w:pPr>
      <w:r w:rsidRPr="00964D02">
        <w:rPr>
          <w:sz w:val="24"/>
          <w:szCs w:val="24"/>
        </w:rPr>
        <w:br w:type="page"/>
      </w:r>
    </w:p>
    <w:p w14:paraId="5C2F76F1" w14:textId="77777777" w:rsidR="002A02CB" w:rsidRPr="00964D02" w:rsidRDefault="00964D02">
      <w:pPr>
        <w:rPr>
          <w:sz w:val="24"/>
          <w:szCs w:val="24"/>
        </w:rPr>
      </w:pPr>
      <w:r w:rsidRPr="00964D02">
        <w:rPr>
          <w:sz w:val="24"/>
          <w:szCs w:val="24"/>
        </w:rPr>
        <w:lastRenderedPageBreak/>
        <w:t>Ephesians 1:22-23 “And God placed all things under his (Jesus’) feet and appointed him to be head over everything for the church, which is his body, the fullness of him who fills everything in every way.”</w:t>
      </w:r>
      <w:r w:rsidRPr="00964D02">
        <w:rPr>
          <w:sz w:val="24"/>
          <w:szCs w:val="24"/>
        </w:rPr>
        <w:br/>
      </w:r>
      <w:r w:rsidRPr="00964D02">
        <w:rPr>
          <w:sz w:val="24"/>
          <w:szCs w:val="24"/>
        </w:rPr>
        <w:br/>
        <w:t>Ephesians 3:19 “…that you may be filled to the measure of all the fullness of God.”</w:t>
      </w:r>
      <w:r w:rsidRPr="00964D02">
        <w:rPr>
          <w:sz w:val="24"/>
          <w:szCs w:val="24"/>
        </w:rPr>
        <w:br/>
      </w:r>
      <w:r w:rsidRPr="00964D02">
        <w:rPr>
          <w:sz w:val="24"/>
          <w:szCs w:val="24"/>
        </w:rPr>
        <w:br/>
        <w:t>Matthew 6:10 “…your kingdom come, your will be done on earth as it is in heaven.”</w:t>
      </w:r>
      <w:r w:rsidRPr="00964D02">
        <w:rPr>
          <w:sz w:val="24"/>
          <w:szCs w:val="24"/>
        </w:rPr>
        <w:br/>
      </w:r>
      <w:r w:rsidRPr="00964D02">
        <w:rPr>
          <w:sz w:val="24"/>
          <w:szCs w:val="24"/>
        </w:rPr>
        <w:br/>
        <w:t>Romans 8:17 “Now if we are children, then we are heirs—heirs of God and co-heirs with Christ, if indeed we share in his suffering in order that we may share in his glory.”</w:t>
      </w:r>
      <w:r w:rsidRPr="00964D02">
        <w:rPr>
          <w:sz w:val="24"/>
          <w:szCs w:val="24"/>
        </w:rPr>
        <w:br/>
      </w:r>
      <w:r w:rsidRPr="00964D02">
        <w:rPr>
          <w:sz w:val="24"/>
          <w:szCs w:val="24"/>
        </w:rPr>
        <w:br/>
        <w:t>Revelation 1:5-6 “To him who loves us &amp; has freed us from our sins by his blood, &amp; made us to be a kingdom &amp; priests to serve his God &amp; Father—to him be glory &amp; power fo</w:t>
      </w:r>
      <w:r w:rsidRPr="00964D02">
        <w:rPr>
          <w:sz w:val="24"/>
          <w:szCs w:val="24"/>
        </w:rPr>
        <w:t>r ever &amp; ever! Amen.”</w:t>
      </w:r>
      <w:r w:rsidRPr="00964D02">
        <w:rPr>
          <w:sz w:val="24"/>
          <w:szCs w:val="24"/>
        </w:rPr>
        <w:br/>
      </w:r>
      <w:r w:rsidRPr="00964D02">
        <w:rPr>
          <w:sz w:val="24"/>
          <w:szCs w:val="24"/>
        </w:rPr>
        <w:br/>
        <w:t>1 John 4:4 “You are from God, little children, and have overcome them, because greater is He who is in you than he who is in this world” (NAS).</w:t>
      </w:r>
      <w:r w:rsidRPr="00964D02">
        <w:rPr>
          <w:sz w:val="24"/>
          <w:szCs w:val="24"/>
        </w:rPr>
        <w:br/>
      </w:r>
      <w:r w:rsidRPr="00964D02">
        <w:rPr>
          <w:sz w:val="24"/>
          <w:szCs w:val="24"/>
        </w:rPr>
        <w:br/>
        <w:t>Acts 26:18 “…to open their eyes so that they may turn from darkness to light &amp; from the dominion of Satan to God, that they may receive forgiveness of sins &amp; an inheritance among those who have been sanctified by faith in Me” (NAS).</w:t>
      </w:r>
      <w:r w:rsidRPr="00964D02">
        <w:rPr>
          <w:sz w:val="24"/>
          <w:szCs w:val="24"/>
        </w:rPr>
        <w:br/>
      </w:r>
      <w:r w:rsidRPr="00964D02">
        <w:rPr>
          <w:sz w:val="24"/>
          <w:szCs w:val="24"/>
        </w:rPr>
        <w:br/>
        <w:t>Ephesians 2:2 “…the ruler of the kingdom of the air, the spirit who is now at work in those who are disobedien</w:t>
      </w:r>
      <w:r w:rsidRPr="00964D02">
        <w:rPr>
          <w:sz w:val="24"/>
          <w:szCs w:val="24"/>
        </w:rPr>
        <w:t>t.”</w:t>
      </w:r>
      <w:r w:rsidRPr="00964D02">
        <w:rPr>
          <w:sz w:val="24"/>
          <w:szCs w:val="24"/>
        </w:rPr>
        <w:br/>
      </w:r>
      <w:r w:rsidRPr="00964D02">
        <w:rPr>
          <w:sz w:val="24"/>
          <w:szCs w:val="24"/>
        </w:rPr>
        <w:br/>
        <w:t xml:space="preserve">Ephesians 6:12 “For our struggle is not against flesh &amp; blood, but against the rulers, against the authorities, against the powers of this dark world and against spiritual forces of evil in the heavenly realms. </w:t>
      </w:r>
      <w:proofErr w:type="gramStart"/>
      <w:r w:rsidRPr="00964D02">
        <w:rPr>
          <w:sz w:val="24"/>
          <w:szCs w:val="24"/>
        </w:rPr>
        <w:t>Therefore</w:t>
      </w:r>
      <w:proofErr w:type="gramEnd"/>
      <w:r w:rsidRPr="00964D02">
        <w:rPr>
          <w:sz w:val="24"/>
          <w:szCs w:val="24"/>
        </w:rPr>
        <w:t xml:space="preserve"> put on the full armor of God, so that when the day of evil comes…”</w:t>
      </w:r>
      <w:r w:rsidRPr="00964D02">
        <w:rPr>
          <w:sz w:val="24"/>
          <w:szCs w:val="24"/>
        </w:rPr>
        <w:br/>
      </w:r>
      <w:r w:rsidRPr="00964D02">
        <w:rPr>
          <w:sz w:val="24"/>
          <w:szCs w:val="24"/>
        </w:rPr>
        <w:br/>
        <w:t>1 John 5:18-19 “We know that anyone born of God does not continue to sin; the one who was born of God keeps him safe, and the evil one cannot harm him. We know that we are children of God, and that the whole world is u</w:t>
      </w:r>
      <w:r w:rsidRPr="00964D02">
        <w:rPr>
          <w:sz w:val="24"/>
          <w:szCs w:val="24"/>
        </w:rPr>
        <w:t>nder the control of the evil one.”</w:t>
      </w:r>
      <w:r w:rsidRPr="00964D02">
        <w:rPr>
          <w:sz w:val="24"/>
          <w:szCs w:val="24"/>
        </w:rPr>
        <w:br/>
      </w:r>
      <w:r w:rsidRPr="00964D02">
        <w:rPr>
          <w:sz w:val="24"/>
          <w:szCs w:val="24"/>
        </w:rPr>
        <w:br/>
        <w:t>1 John 2:15 “Do not love the world nor the things in the world. If anyone loves the world, the love of the Father is not in him.”</w:t>
      </w:r>
      <w:r w:rsidRPr="00964D02">
        <w:rPr>
          <w:sz w:val="24"/>
          <w:szCs w:val="24"/>
        </w:rPr>
        <w:br/>
      </w:r>
      <w:r w:rsidRPr="00964D02">
        <w:rPr>
          <w:sz w:val="24"/>
          <w:szCs w:val="24"/>
        </w:rPr>
        <w:br/>
        <w:t>John 14:30 “I will not speak much more with you, for the ruler of the world is coming, &amp; he has nothing in me” (NAS).</w:t>
      </w:r>
      <w:r w:rsidRPr="00964D02">
        <w:rPr>
          <w:sz w:val="24"/>
          <w:szCs w:val="24"/>
        </w:rPr>
        <w:br/>
      </w:r>
      <w:r w:rsidRPr="00964D02">
        <w:rPr>
          <w:sz w:val="24"/>
          <w:szCs w:val="24"/>
        </w:rPr>
        <w:br/>
        <w:t>John 15:18-19 “If the world hates you, keep in mind that it hated me first. If you belonged to the world, it would love you as its own. As it is, you do not belong to the world, because I have chosen you out of the world. That</w:t>
      </w:r>
      <w:r w:rsidRPr="00964D02">
        <w:rPr>
          <w:sz w:val="24"/>
          <w:szCs w:val="24"/>
        </w:rPr>
        <w:t xml:space="preserve"> is why the world hates you.”</w:t>
      </w:r>
      <w:r w:rsidRPr="00964D02">
        <w:rPr>
          <w:sz w:val="24"/>
          <w:szCs w:val="24"/>
        </w:rPr>
        <w:br/>
      </w:r>
      <w:r w:rsidRPr="00964D02">
        <w:rPr>
          <w:sz w:val="24"/>
          <w:szCs w:val="24"/>
        </w:rPr>
        <w:br/>
      </w:r>
      <w:r w:rsidRPr="00964D02">
        <w:rPr>
          <w:sz w:val="24"/>
          <w:szCs w:val="24"/>
        </w:rPr>
        <w:lastRenderedPageBreak/>
        <w:t>2 Corinthians 4:4 “…in whose case the god of this world has blinded the minds of unbelievers, so that they might not see the light of the gospel of the glory of Christ, who is the image of God.”</w:t>
      </w:r>
      <w:r w:rsidRPr="00964D02">
        <w:rPr>
          <w:sz w:val="24"/>
          <w:szCs w:val="24"/>
        </w:rPr>
        <w:br/>
      </w:r>
      <w:r w:rsidRPr="00964D02">
        <w:rPr>
          <w:sz w:val="24"/>
          <w:szCs w:val="24"/>
        </w:rPr>
        <w:br/>
        <w:t>Psalm 119:19 “I am a stranger on earth; do not hide your commands from me.”</w:t>
      </w:r>
      <w:r w:rsidRPr="00964D02">
        <w:rPr>
          <w:sz w:val="24"/>
          <w:szCs w:val="24"/>
        </w:rPr>
        <w:br/>
      </w:r>
      <w:r w:rsidRPr="00964D02">
        <w:rPr>
          <w:sz w:val="24"/>
          <w:szCs w:val="24"/>
        </w:rPr>
        <w:br/>
        <w:t>Psalm 69:8 “I am a foreigner to my own family, a stranger to my own mother’s children.”</w:t>
      </w:r>
    </w:p>
    <w:sectPr w:rsidR="002A02CB" w:rsidRPr="00964D02" w:rsidSect="00964D0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36401883">
    <w:abstractNumId w:val="8"/>
  </w:num>
  <w:num w:numId="2" w16cid:durableId="2091073354">
    <w:abstractNumId w:val="6"/>
  </w:num>
  <w:num w:numId="3" w16cid:durableId="1319915502">
    <w:abstractNumId w:val="5"/>
  </w:num>
  <w:num w:numId="4" w16cid:durableId="1595628859">
    <w:abstractNumId w:val="4"/>
  </w:num>
  <w:num w:numId="5" w16cid:durableId="1859000774">
    <w:abstractNumId w:val="7"/>
  </w:num>
  <w:num w:numId="6" w16cid:durableId="2145461246">
    <w:abstractNumId w:val="3"/>
  </w:num>
  <w:num w:numId="7" w16cid:durableId="2066292079">
    <w:abstractNumId w:val="2"/>
  </w:num>
  <w:num w:numId="8" w16cid:durableId="1644504802">
    <w:abstractNumId w:val="1"/>
  </w:num>
  <w:num w:numId="9" w16cid:durableId="320695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A02CB"/>
    <w:rsid w:val="00326F90"/>
    <w:rsid w:val="00964D02"/>
    <w:rsid w:val="00AA1D8D"/>
    <w:rsid w:val="00B47730"/>
    <w:rsid w:val="00CB0664"/>
    <w:rsid w:val="00FC58F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7D12B3"/>
  <w14:defaultImageDpi w14:val="300"/>
  <w15:docId w15:val="{1769FB08-E4A9-4446-A5DC-E34428BC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706</Words>
  <Characters>4029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Gibson</cp:lastModifiedBy>
  <cp:revision>2</cp:revision>
  <dcterms:created xsi:type="dcterms:W3CDTF">2025-06-23T03:43:00Z</dcterms:created>
  <dcterms:modified xsi:type="dcterms:W3CDTF">2025-06-23T03:43:00Z</dcterms:modified>
  <cp:category/>
</cp:coreProperties>
</file>