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932C2" w14:textId="77777777" w:rsidR="00043F18" w:rsidRPr="00A574C8" w:rsidRDefault="00A574C8" w:rsidP="00A574C8">
      <w:pPr>
        <w:pStyle w:val="Heading2"/>
        <w:jc w:val="center"/>
        <w:rPr>
          <w:sz w:val="40"/>
          <w:szCs w:val="40"/>
        </w:rPr>
      </w:pPr>
      <w:r w:rsidRPr="00A574C8">
        <w:rPr>
          <w:sz w:val="40"/>
          <w:szCs w:val="40"/>
        </w:rPr>
        <w:t>POWERFUL SCRIPTURES TO PRAY FOR OUR CHILDREN</w:t>
      </w:r>
    </w:p>
    <w:p w14:paraId="4EDCF127" w14:textId="77777777" w:rsidR="00043F18" w:rsidRPr="00A574C8" w:rsidRDefault="00A574C8">
      <w:pPr>
        <w:rPr>
          <w:sz w:val="24"/>
          <w:szCs w:val="24"/>
        </w:rPr>
      </w:pPr>
      <w:r w:rsidRPr="00A574C8">
        <w:rPr>
          <w:sz w:val="24"/>
          <w:szCs w:val="24"/>
        </w:rPr>
        <w:t>God, I ask You to bless __________, make Your face shine upon them, be gracious to them. Turn Your face toward them and give them peace. (Numbers 6:24-26)</w:t>
      </w:r>
    </w:p>
    <w:p w14:paraId="0D1C333F" w14:textId="77777777" w:rsidR="00043F18" w:rsidRPr="00A574C8" w:rsidRDefault="00A574C8">
      <w:pPr>
        <w:rPr>
          <w:sz w:val="24"/>
          <w:szCs w:val="24"/>
        </w:rPr>
      </w:pPr>
      <w:r w:rsidRPr="00A574C8">
        <w:rPr>
          <w:sz w:val="24"/>
          <w:szCs w:val="24"/>
        </w:rPr>
        <w:t xml:space="preserve">God, I ask You to cause </w:t>
      </w:r>
      <w:r w:rsidRPr="00A574C8">
        <w:rPr>
          <w:sz w:val="24"/>
          <w:szCs w:val="24"/>
        </w:rPr>
        <w:t xml:space="preserve">__________ to be strong and courageous. I thank You that they are not afraid nor discouraged, for they know </w:t>
      </w:r>
      <w:proofErr w:type="gramStart"/>
      <w:r w:rsidRPr="00A574C8">
        <w:rPr>
          <w:sz w:val="24"/>
          <w:szCs w:val="24"/>
        </w:rPr>
        <w:t>You</w:t>
      </w:r>
      <w:proofErr w:type="gramEnd"/>
      <w:r w:rsidRPr="00A574C8">
        <w:rPr>
          <w:sz w:val="24"/>
          <w:szCs w:val="24"/>
        </w:rPr>
        <w:t xml:space="preserve"> are with them wherever they go. (Joshua 1:9)</w:t>
      </w:r>
    </w:p>
    <w:p w14:paraId="0DE6B5B5" w14:textId="77777777" w:rsidR="00043F18" w:rsidRPr="00A574C8" w:rsidRDefault="00A574C8">
      <w:pPr>
        <w:rPr>
          <w:sz w:val="24"/>
          <w:szCs w:val="24"/>
        </w:rPr>
      </w:pPr>
      <w:r w:rsidRPr="00A574C8">
        <w:rPr>
          <w:sz w:val="24"/>
          <w:szCs w:val="24"/>
        </w:rPr>
        <w:t>God, I thank You that according to Your word, all things go well with __________. Their soul prospers daily and therefore everything concerning them is blessed and empowered to prosper. (3 John 1:2)</w:t>
      </w:r>
    </w:p>
    <w:p w14:paraId="66D58E9C" w14:textId="77777777" w:rsidR="00043F18" w:rsidRPr="00A574C8" w:rsidRDefault="00A574C8">
      <w:pPr>
        <w:rPr>
          <w:sz w:val="24"/>
          <w:szCs w:val="24"/>
        </w:rPr>
      </w:pPr>
      <w:r w:rsidRPr="00A574C8">
        <w:rPr>
          <w:sz w:val="24"/>
          <w:szCs w:val="24"/>
        </w:rPr>
        <w:t>God, __________’s hope is in You. I thank You for renewing their strength daily. I give You praise that __________ will soar on wings like eagles, they will run and not grow weary, they will walk and not faint. Their strength is in You, Lord. (Isaiah 40:31)</w:t>
      </w:r>
    </w:p>
    <w:p w14:paraId="29CCD6CE" w14:textId="77777777" w:rsidR="00043F18" w:rsidRPr="00A574C8" w:rsidRDefault="00A574C8">
      <w:pPr>
        <w:rPr>
          <w:sz w:val="24"/>
          <w:szCs w:val="24"/>
        </w:rPr>
      </w:pPr>
      <w:r w:rsidRPr="00A574C8">
        <w:rPr>
          <w:sz w:val="24"/>
          <w:szCs w:val="24"/>
        </w:rPr>
        <w:t>The joy of the Lord is __________’s strength, according to Your unfailing word. (Nehemiah 8:10)</w:t>
      </w:r>
    </w:p>
    <w:p w14:paraId="32597866" w14:textId="77777777" w:rsidR="00043F18" w:rsidRPr="00A574C8" w:rsidRDefault="00A574C8">
      <w:pPr>
        <w:rPr>
          <w:sz w:val="24"/>
          <w:szCs w:val="24"/>
        </w:rPr>
      </w:pPr>
      <w:r w:rsidRPr="00A574C8">
        <w:rPr>
          <w:sz w:val="24"/>
          <w:szCs w:val="24"/>
        </w:rPr>
        <w:t>__________ is always in perfect peace because their mind is stayed upon You and because they trust confidently in You God. (Isaiah 26:3)</w:t>
      </w:r>
    </w:p>
    <w:p w14:paraId="2D6CB98C" w14:textId="77777777" w:rsidR="00043F18" w:rsidRPr="00A574C8" w:rsidRDefault="00A574C8">
      <w:pPr>
        <w:rPr>
          <w:sz w:val="24"/>
          <w:szCs w:val="24"/>
        </w:rPr>
      </w:pPr>
      <w:r w:rsidRPr="00A574C8">
        <w:rPr>
          <w:sz w:val="24"/>
          <w:szCs w:val="24"/>
        </w:rPr>
        <w:t xml:space="preserve">God, I thank You that __________ dwells in the secret place of the </w:t>
      </w:r>
      <w:proofErr w:type="gramStart"/>
      <w:r w:rsidRPr="00A574C8">
        <w:rPr>
          <w:sz w:val="24"/>
          <w:szCs w:val="24"/>
        </w:rPr>
        <w:t>Most High</w:t>
      </w:r>
      <w:proofErr w:type="gramEnd"/>
      <w:r w:rsidRPr="00A574C8">
        <w:rPr>
          <w:sz w:val="24"/>
          <w:szCs w:val="24"/>
        </w:rPr>
        <w:t xml:space="preserve"> God and finds rest in the very shadow of the Almighty. They say of the Lord, 'He is my refuge, my fortress and my God, I trust Him.' God, cover __________ with Your feathers and under Your wings may they find continual refuge. Your faithfulness is their shield. Thank You for commanding Your angels concerning __________ to keep them safe always and in every situation. (Psalm 91)</w:t>
      </w:r>
    </w:p>
    <w:p w14:paraId="3F16F731" w14:textId="77777777" w:rsidR="00043F18" w:rsidRPr="00A574C8" w:rsidRDefault="00A574C8">
      <w:pPr>
        <w:rPr>
          <w:sz w:val="24"/>
          <w:szCs w:val="24"/>
        </w:rPr>
      </w:pPr>
      <w:r w:rsidRPr="00A574C8">
        <w:rPr>
          <w:sz w:val="24"/>
          <w:szCs w:val="24"/>
        </w:rPr>
        <w:t>God, I thank You for the plans You have for __________. They are good plans filled with hope and a wonderful future. For this we give You praise. (Jeremiah 29:11)</w:t>
      </w:r>
    </w:p>
    <w:p w14:paraId="6F15E9A4" w14:textId="77777777" w:rsidR="00043F18" w:rsidRPr="00A574C8" w:rsidRDefault="00A574C8">
      <w:pPr>
        <w:rPr>
          <w:sz w:val="24"/>
          <w:szCs w:val="24"/>
        </w:rPr>
      </w:pPr>
      <w:r w:rsidRPr="00A574C8">
        <w:rPr>
          <w:sz w:val="24"/>
          <w:szCs w:val="24"/>
        </w:rPr>
        <w:t>God, I pray that __________ does not have a spirit of fear, but of power, love and a sound mind. (2 Timothy 1:7)</w:t>
      </w:r>
    </w:p>
    <w:p w14:paraId="36B1266D" w14:textId="77777777" w:rsidR="00043F18" w:rsidRPr="00A574C8" w:rsidRDefault="00A574C8">
      <w:pPr>
        <w:rPr>
          <w:sz w:val="24"/>
          <w:szCs w:val="24"/>
        </w:rPr>
      </w:pPr>
      <w:r w:rsidRPr="00A574C8">
        <w:rPr>
          <w:sz w:val="24"/>
          <w:szCs w:val="24"/>
        </w:rPr>
        <w:t>Today, I declare, according to the word of God, the Lord watches over __________ now and forever. Wherever they go, the Lord is watching their every step and keeping them safe. (Psalm 121:8)</w:t>
      </w:r>
    </w:p>
    <w:p w14:paraId="451BE22A" w14:textId="77777777" w:rsidR="00043F18" w:rsidRPr="00A574C8" w:rsidRDefault="00A574C8">
      <w:pPr>
        <w:rPr>
          <w:sz w:val="24"/>
          <w:szCs w:val="24"/>
        </w:rPr>
      </w:pPr>
      <w:r w:rsidRPr="00A574C8">
        <w:rPr>
          <w:sz w:val="24"/>
          <w:szCs w:val="24"/>
        </w:rPr>
        <w:t>God, I thank You that __________ is strong in the Lord and in the power of Your might. They put on the full armor of God and stand firm against every attack of the enemy. (Ephesians 6:10-11)</w:t>
      </w:r>
    </w:p>
    <w:p w14:paraId="59C0326F" w14:textId="77777777" w:rsidR="00043F18" w:rsidRPr="00A574C8" w:rsidRDefault="00A574C8">
      <w:pPr>
        <w:rPr>
          <w:sz w:val="24"/>
          <w:szCs w:val="24"/>
        </w:rPr>
      </w:pPr>
      <w:r w:rsidRPr="00A574C8">
        <w:rPr>
          <w:sz w:val="24"/>
          <w:szCs w:val="24"/>
        </w:rPr>
        <w:t>God, I ask You to cause __________ to keep Your word before their eyes, in their heart and coming out of their mouth. Your word will be to them life, health and wholeness. I thank You that as __________ is taught of the Lord, they will walk daily in undisturbed peace. (Proverbs 4:20-22, Isaiah 54:13)</w:t>
      </w:r>
    </w:p>
    <w:sectPr w:rsidR="00043F18" w:rsidRPr="00A574C8" w:rsidSect="00A574C8">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115444367">
    <w:abstractNumId w:val="8"/>
  </w:num>
  <w:num w:numId="2" w16cid:durableId="1363745620">
    <w:abstractNumId w:val="6"/>
  </w:num>
  <w:num w:numId="3" w16cid:durableId="455217111">
    <w:abstractNumId w:val="5"/>
  </w:num>
  <w:num w:numId="4" w16cid:durableId="460808241">
    <w:abstractNumId w:val="4"/>
  </w:num>
  <w:num w:numId="5" w16cid:durableId="569392209">
    <w:abstractNumId w:val="7"/>
  </w:num>
  <w:num w:numId="6" w16cid:durableId="1516460199">
    <w:abstractNumId w:val="3"/>
  </w:num>
  <w:num w:numId="7" w16cid:durableId="1169373240">
    <w:abstractNumId w:val="2"/>
  </w:num>
  <w:num w:numId="8" w16cid:durableId="1601836996">
    <w:abstractNumId w:val="1"/>
  </w:num>
  <w:num w:numId="9" w16cid:durableId="19979505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43F18"/>
    <w:rsid w:val="0006063C"/>
    <w:rsid w:val="0015074B"/>
    <w:rsid w:val="0029639D"/>
    <w:rsid w:val="00326F90"/>
    <w:rsid w:val="00A574C8"/>
    <w:rsid w:val="00AA1D8D"/>
    <w:rsid w:val="00B47730"/>
    <w:rsid w:val="00CB0664"/>
    <w:rsid w:val="00FC58F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740CD2"/>
  <w14:defaultImageDpi w14:val="300"/>
  <w15:docId w15:val="{1769FB08-E4A9-4446-A5DC-E34428BC0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371</Words>
  <Characters>2118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2485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Teresa Gibson</cp:lastModifiedBy>
  <cp:revision>2</cp:revision>
  <dcterms:created xsi:type="dcterms:W3CDTF">2025-06-23T02:42:00Z</dcterms:created>
  <dcterms:modified xsi:type="dcterms:W3CDTF">2025-06-23T02:42:00Z</dcterms:modified>
  <cp:category/>
</cp:coreProperties>
</file>