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B3843" w14:textId="77777777" w:rsidR="00AE2329" w:rsidRPr="00AF61F5" w:rsidRDefault="00AF61F5" w:rsidP="00AF61F5">
      <w:pPr>
        <w:pStyle w:val="Heading1"/>
        <w:jc w:val="center"/>
        <w:rPr>
          <w:sz w:val="44"/>
          <w:szCs w:val="44"/>
        </w:rPr>
      </w:pPr>
      <w:r w:rsidRPr="00AF61F5">
        <w:rPr>
          <w:sz w:val="44"/>
          <w:szCs w:val="44"/>
        </w:rPr>
        <w:t xml:space="preserve">Putting On </w:t>
      </w:r>
      <w:proofErr w:type="gramStart"/>
      <w:r w:rsidRPr="00AF61F5">
        <w:rPr>
          <w:sz w:val="44"/>
          <w:szCs w:val="44"/>
        </w:rPr>
        <w:t>The</w:t>
      </w:r>
      <w:proofErr w:type="gramEnd"/>
      <w:r w:rsidRPr="00AF61F5">
        <w:rPr>
          <w:sz w:val="44"/>
          <w:szCs w:val="44"/>
        </w:rPr>
        <w:t xml:space="preserve"> Whole Armor of God</w:t>
      </w:r>
    </w:p>
    <w:p w14:paraId="30BA1345" w14:textId="77777777" w:rsidR="00AE2329" w:rsidRDefault="00AF61F5">
      <w:r>
        <w:t>I am strong in the Lord and in the power of his might.</w:t>
      </w:r>
    </w:p>
    <w:p w14:paraId="6D8208FE" w14:textId="77777777" w:rsidR="00AE2329" w:rsidRDefault="00AF61F5">
      <w:r>
        <w:t>I put on the whole armor of God that I may be able to stand against the wiles of the devil.</w:t>
      </w:r>
      <w:r>
        <w:br/>
      </w:r>
    </w:p>
    <w:p w14:paraId="309FEAB1" w14:textId="77777777" w:rsidR="00AE2329" w:rsidRDefault="00AF61F5">
      <w:r>
        <w:t xml:space="preserve">I put the belt of truth around my waist. I receive God's truth, I </w:t>
      </w:r>
      <w:r>
        <w:t>speak the truth, I walk in the truth. I know the truth, and the truth has set me free. I refuse to listen to lies. I refuse to listen to temptation. I take every thought captive to the truth. God is true and his Spirit of truth lives in me. I am sanctified by the truth for God’s Word is truth; I reject everything that doesn’t line up with the truth. The truth of God's victory over all the powers of evil enables me to walk in victory over all the lies &amp; deception of the enemy.</w:t>
      </w:r>
    </w:p>
    <w:p w14:paraId="01FB49DE" w14:textId="77777777" w:rsidR="00AE2329" w:rsidRDefault="00AF61F5">
      <w:r>
        <w:t>My feet are fitted with the readiness that comes from the gospel of peace. I am always ready to do God’s will, and ready to obey Him at any time. I refuse to procrastinate or delay doing my Father’s will. I'm a peacemaker, and everywhere I go I am prepared to spread the good news of the gospel of peace. I refuse to engage in gossip, complaining or anything else that will disturb the peace. The peace of God, which passes all understanding, keeps my heart and mind and spirit safe in Christ Jesus. God is my pr</w:t>
      </w:r>
      <w:r>
        <w:t>otector in the battle, and I will share in his victory.</w:t>
      </w:r>
    </w:p>
    <w:p w14:paraId="204D7AA7" w14:textId="77777777" w:rsidR="00AE2329" w:rsidRDefault="00AF61F5">
      <w:r>
        <w:t>I take the shield of faith so I can quench all the fiery darts of the evil one. I refuse to listen to doubt, I refuse to listen to fear, I refuse to listen to worry. God’s gift of faith enables me to trust him for victory no matter what’s happening in my life now. God is my shield, my protector and my deliverer, my refuge and my strength. My God is bigger than any problem, my God will always be my helper. My faith in Christ, who defeated the devil and rose from the dead, gives me supernatural confidence tha</w:t>
      </w:r>
      <w:r>
        <w:t>t I will stand victorious in every battle. Christ’s victory over the devil becomes mine by faith.</w:t>
      </w:r>
    </w:p>
    <w:p w14:paraId="57672A91" w14:textId="77777777" w:rsidR="00AE2329" w:rsidRDefault="00AF61F5">
      <w:r>
        <w:t>I put on the helmet of salvation. God has chosen me for salvation by his mercy and grace. The devil has no power over me. Sin has no power over me. Temptation has no power over me. God’s salvation protects me from condemnation, and I have the assurance that I will spend eternity with Him. God’s supernatural salvation for body, soul and spirit protects me from all the wicked ways of the world, the flesh and the devil. I will not be anxious; I will not worry or pay attention to fear. God’s blessing, protectio</w:t>
      </w:r>
      <w:r>
        <w:t>n and deliverance are always with me.</w:t>
      </w:r>
    </w:p>
    <w:p w14:paraId="2BD8DB9D" w14:textId="77777777" w:rsidR="00AE2329" w:rsidRDefault="00AF61F5">
      <w:r>
        <w:t>I take up the sword of the Spirit, which is the Word of God. I will read the Word, I will speak the Word. I will believe the Word. The Holy Spirit makes the Word a two-edged sword, a Word filled with insight, revelation and power. God gives me the Word I need to protect myself, defeat the enemy and set the captives free.</w:t>
      </w:r>
    </w:p>
    <w:p w14:paraId="396DCED5" w14:textId="77777777" w:rsidR="00AE2329" w:rsidRDefault="00AF61F5">
      <w:r>
        <w:t>I will pray in the Holy Spirit, with all sorts of prayers and requests. I will listen to the Holy Spirit, I will be led by the Spirit, and will not fulfill the works of the flesh. I will not resist the Spirit, but be led by the Spirit. I will be filled with the Holy Spirit, strengthened with supernatural, overcoming power in my innermost being.</w:t>
      </w:r>
    </w:p>
    <w:p w14:paraId="5FE3C18E" w14:textId="4E410C10" w:rsidR="00AE2329" w:rsidRDefault="00AF61F5">
      <w:r>
        <w:br/>
        <w:t xml:space="preserve">I will put on the whole armor of God, </w:t>
      </w:r>
      <w:r>
        <w:t>taking my stand, victorious against the devil’s schemes.</w:t>
      </w:r>
      <w:r>
        <w:br/>
        <w:t>Multiplying Freedom Ministries  •  MultiplyingFreedom.com  •  MultiplyingFreedom@gmail.com</w:t>
      </w:r>
    </w:p>
    <w:sectPr w:rsidR="00AE2329" w:rsidSect="00AF61F5">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92541645">
    <w:abstractNumId w:val="8"/>
  </w:num>
  <w:num w:numId="2" w16cid:durableId="966859204">
    <w:abstractNumId w:val="6"/>
  </w:num>
  <w:num w:numId="3" w16cid:durableId="1850949811">
    <w:abstractNumId w:val="5"/>
  </w:num>
  <w:num w:numId="4" w16cid:durableId="857350458">
    <w:abstractNumId w:val="4"/>
  </w:num>
  <w:num w:numId="5" w16cid:durableId="1800490129">
    <w:abstractNumId w:val="7"/>
  </w:num>
  <w:num w:numId="6" w16cid:durableId="1220628035">
    <w:abstractNumId w:val="3"/>
  </w:num>
  <w:num w:numId="7" w16cid:durableId="1513640398">
    <w:abstractNumId w:val="2"/>
  </w:num>
  <w:num w:numId="8" w16cid:durableId="2041196698">
    <w:abstractNumId w:val="1"/>
  </w:num>
  <w:num w:numId="9" w16cid:durableId="8736206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AA1D8D"/>
    <w:rsid w:val="00AE2329"/>
    <w:rsid w:val="00AF61F5"/>
    <w:rsid w:val="00B47730"/>
    <w:rsid w:val="00CB0664"/>
    <w:rsid w:val="00FC58F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5CDAE6"/>
  <w14:defaultImageDpi w14:val="300"/>
  <w15:docId w15:val="{1769FB08-E4A9-4446-A5DC-E34428BC0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494</Words>
  <Characters>2820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Teresa Gibson</cp:lastModifiedBy>
  <cp:revision>2</cp:revision>
  <dcterms:created xsi:type="dcterms:W3CDTF">2025-06-23T03:02:00Z</dcterms:created>
  <dcterms:modified xsi:type="dcterms:W3CDTF">2025-06-23T03:02:00Z</dcterms:modified>
  <cp:category/>
</cp:coreProperties>
</file>