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093845" w14:textId="77777777" w:rsidR="00C80D41" w:rsidRPr="00722771" w:rsidRDefault="00722771" w:rsidP="00722771">
      <w:pPr>
        <w:pStyle w:val="Heading1"/>
        <w:jc w:val="center"/>
        <w:rPr>
          <w:rFonts w:ascii="Aptos Display" w:hAnsi="Aptos Display"/>
          <w:sz w:val="44"/>
          <w:szCs w:val="44"/>
        </w:rPr>
      </w:pPr>
      <w:r w:rsidRPr="00722771">
        <w:rPr>
          <w:rFonts w:ascii="Aptos Display" w:hAnsi="Aptos Display"/>
          <w:sz w:val="44"/>
          <w:szCs w:val="44"/>
        </w:rPr>
        <w:t>*** PRAYER PROMISES ***</w:t>
      </w:r>
    </w:p>
    <w:p w14:paraId="71C09D82"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Jer </w:t>
      </w:r>
      <w:proofErr w:type="gramStart"/>
      <w:r w:rsidRPr="00722771">
        <w:rPr>
          <w:rFonts w:ascii="Aptos Display" w:hAnsi="Aptos Display"/>
          <w:sz w:val="24"/>
          <w:szCs w:val="24"/>
        </w:rPr>
        <w:t>1:12  ...</w:t>
      </w:r>
      <w:proofErr w:type="gramEnd"/>
      <w:r w:rsidRPr="00722771">
        <w:rPr>
          <w:rFonts w:ascii="Aptos Display" w:hAnsi="Aptos Display"/>
          <w:sz w:val="24"/>
          <w:szCs w:val="24"/>
        </w:rPr>
        <w:t>I am ready to perform My Word.</w:t>
      </w:r>
    </w:p>
    <w:p w14:paraId="05677A8B"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16:24  ...</w:t>
      </w:r>
      <w:proofErr w:type="gramEnd"/>
      <w:r w:rsidRPr="00722771">
        <w:rPr>
          <w:rFonts w:ascii="Aptos Display" w:hAnsi="Aptos Display"/>
          <w:sz w:val="24"/>
          <w:szCs w:val="24"/>
        </w:rPr>
        <w:t>Ask, and you will receive, that your joy may be full</w:t>
      </w:r>
    </w:p>
    <w:p w14:paraId="6DD4D2C7"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Mt </w:t>
      </w:r>
      <w:proofErr w:type="gramStart"/>
      <w:r w:rsidRPr="00722771">
        <w:rPr>
          <w:rFonts w:ascii="Aptos Display" w:hAnsi="Aptos Display"/>
          <w:sz w:val="24"/>
          <w:szCs w:val="24"/>
        </w:rPr>
        <w:t>21:22  ...</w:t>
      </w:r>
      <w:proofErr w:type="gramEnd"/>
      <w:r w:rsidRPr="00722771">
        <w:rPr>
          <w:rFonts w:ascii="Aptos Display" w:hAnsi="Aptos Display"/>
          <w:sz w:val="24"/>
          <w:szCs w:val="24"/>
        </w:rPr>
        <w:t>whatever things you ask in prayer, believing, you will receive.</w:t>
      </w:r>
    </w:p>
    <w:p w14:paraId="18A7038C"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Jer </w:t>
      </w:r>
      <w:proofErr w:type="gramStart"/>
      <w:r w:rsidRPr="00722771">
        <w:rPr>
          <w:rFonts w:ascii="Aptos Display" w:hAnsi="Aptos Display"/>
          <w:sz w:val="24"/>
          <w:szCs w:val="24"/>
        </w:rPr>
        <w:t>33:3  ...</w:t>
      </w:r>
      <w:proofErr w:type="gramEnd"/>
      <w:r w:rsidRPr="00722771">
        <w:rPr>
          <w:rFonts w:ascii="Aptos Display" w:hAnsi="Aptos Display"/>
          <w:sz w:val="24"/>
          <w:szCs w:val="24"/>
        </w:rPr>
        <w:t xml:space="preserve">Call to Me, and I will </w:t>
      </w:r>
      <w:r w:rsidRPr="00722771">
        <w:rPr>
          <w:rFonts w:ascii="Aptos Display" w:hAnsi="Aptos Display"/>
          <w:sz w:val="24"/>
          <w:szCs w:val="24"/>
        </w:rPr>
        <w:t>answer you, and show you great and mighty things</w:t>
      </w:r>
    </w:p>
    <w:p w14:paraId="5A3FD106"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14:14  ...</w:t>
      </w:r>
      <w:proofErr w:type="gramEnd"/>
      <w:r w:rsidRPr="00722771">
        <w:rPr>
          <w:rFonts w:ascii="Aptos Display" w:hAnsi="Aptos Display"/>
          <w:sz w:val="24"/>
          <w:szCs w:val="24"/>
        </w:rPr>
        <w:t>If you ask anything in my name, I will do it.</w:t>
      </w:r>
    </w:p>
    <w:p w14:paraId="5D42B1BD"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16:23  ...</w:t>
      </w:r>
      <w:proofErr w:type="gramEnd"/>
      <w:r w:rsidRPr="00722771">
        <w:rPr>
          <w:rFonts w:ascii="Aptos Display" w:hAnsi="Aptos Display"/>
          <w:sz w:val="24"/>
          <w:szCs w:val="24"/>
        </w:rPr>
        <w:t>whatever you ask the Father in My name He will give you.</w:t>
      </w:r>
    </w:p>
    <w:p w14:paraId="62A98257"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Jas </w:t>
      </w:r>
      <w:proofErr w:type="gramStart"/>
      <w:r w:rsidRPr="00722771">
        <w:rPr>
          <w:rFonts w:ascii="Aptos Display" w:hAnsi="Aptos Display"/>
          <w:sz w:val="24"/>
          <w:szCs w:val="24"/>
        </w:rPr>
        <w:t>5:16  ...</w:t>
      </w:r>
      <w:proofErr w:type="gramEnd"/>
      <w:r w:rsidRPr="00722771">
        <w:rPr>
          <w:rFonts w:ascii="Aptos Display" w:hAnsi="Aptos Display"/>
          <w:sz w:val="24"/>
          <w:szCs w:val="24"/>
        </w:rPr>
        <w:t>The effective, fervent prayer of a righteous man avails much.</w:t>
      </w:r>
    </w:p>
    <w:p w14:paraId="1BFA25EA"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Job </w:t>
      </w:r>
      <w:proofErr w:type="gramStart"/>
      <w:r w:rsidRPr="00722771">
        <w:rPr>
          <w:rFonts w:ascii="Aptos Display" w:hAnsi="Aptos Display"/>
          <w:sz w:val="24"/>
          <w:szCs w:val="24"/>
        </w:rPr>
        <w:t>22:27  ...</w:t>
      </w:r>
      <w:proofErr w:type="gramEnd"/>
      <w:r w:rsidRPr="00722771">
        <w:rPr>
          <w:rFonts w:ascii="Aptos Display" w:hAnsi="Aptos Display"/>
          <w:sz w:val="24"/>
          <w:szCs w:val="24"/>
        </w:rPr>
        <w:t>You will make your prayer to Him, He will hear you...</w:t>
      </w:r>
    </w:p>
    <w:p w14:paraId="668D4178"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1Jn </w:t>
      </w:r>
      <w:proofErr w:type="gramStart"/>
      <w:r w:rsidRPr="00722771">
        <w:rPr>
          <w:rFonts w:ascii="Aptos Display" w:hAnsi="Aptos Display"/>
          <w:sz w:val="24"/>
          <w:szCs w:val="24"/>
        </w:rPr>
        <w:t>5:14  ...</w:t>
      </w:r>
      <w:proofErr w:type="gramEnd"/>
      <w:r w:rsidRPr="00722771">
        <w:rPr>
          <w:rFonts w:ascii="Aptos Display" w:hAnsi="Aptos Display"/>
          <w:sz w:val="24"/>
          <w:szCs w:val="24"/>
        </w:rPr>
        <w:t>Now this is the confidence that we have in Him, that if we ask anything according to His will, He hears us.</w:t>
      </w:r>
    </w:p>
    <w:p w14:paraId="54159307"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1Jn </w:t>
      </w:r>
      <w:proofErr w:type="gramStart"/>
      <w:r w:rsidRPr="00722771">
        <w:rPr>
          <w:rFonts w:ascii="Aptos Display" w:hAnsi="Aptos Display"/>
          <w:sz w:val="24"/>
          <w:szCs w:val="24"/>
        </w:rPr>
        <w:t>5:15  ...</w:t>
      </w:r>
      <w:proofErr w:type="gramEnd"/>
      <w:r w:rsidRPr="00722771">
        <w:rPr>
          <w:rFonts w:ascii="Aptos Display" w:hAnsi="Aptos Display"/>
          <w:sz w:val="24"/>
          <w:szCs w:val="24"/>
        </w:rPr>
        <w:t>And if we know that He hears us, whatever we ask, we know that we have the petitions that we have asked of Him.</w:t>
      </w:r>
    </w:p>
    <w:p w14:paraId="5AB645BD"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14:13  ...</w:t>
      </w:r>
      <w:proofErr w:type="gramEnd"/>
      <w:r w:rsidRPr="00722771">
        <w:rPr>
          <w:rFonts w:ascii="Aptos Display" w:hAnsi="Aptos Display"/>
          <w:sz w:val="24"/>
          <w:szCs w:val="24"/>
        </w:rPr>
        <w:t>And whatever you ask in My name, that I will do, that the Father may be glorified in the Son.</w:t>
      </w:r>
    </w:p>
    <w:p w14:paraId="1D9E4778"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Isa </w:t>
      </w:r>
      <w:proofErr w:type="gramStart"/>
      <w:r w:rsidRPr="00722771">
        <w:rPr>
          <w:rFonts w:ascii="Aptos Display" w:hAnsi="Aptos Display"/>
          <w:sz w:val="24"/>
          <w:szCs w:val="24"/>
        </w:rPr>
        <w:t>55:11  ...</w:t>
      </w:r>
      <w:proofErr w:type="gramEnd"/>
      <w:r w:rsidRPr="00722771">
        <w:rPr>
          <w:rFonts w:ascii="Aptos Display" w:hAnsi="Aptos Display"/>
          <w:sz w:val="24"/>
          <w:szCs w:val="24"/>
        </w:rPr>
        <w:t>So shall My word be that goes forth from My mouth; it shall not return void, but it shall accomplish what I please, and it shall prosper in the thing for which I sent it.</w:t>
      </w:r>
    </w:p>
    <w:p w14:paraId="5C2877F8"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15:7  ...</w:t>
      </w:r>
      <w:proofErr w:type="gramEnd"/>
      <w:r w:rsidRPr="00722771">
        <w:rPr>
          <w:rFonts w:ascii="Aptos Display" w:hAnsi="Aptos Display"/>
          <w:sz w:val="24"/>
          <w:szCs w:val="24"/>
        </w:rPr>
        <w:t>If you abide in Me, and My words abide in you, you will ask what you desire, and it shall be done for you.</w:t>
      </w:r>
    </w:p>
    <w:p w14:paraId="178F59D6"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Mt </w:t>
      </w:r>
      <w:proofErr w:type="gramStart"/>
      <w:r w:rsidRPr="00722771">
        <w:rPr>
          <w:rFonts w:ascii="Aptos Display" w:hAnsi="Aptos Display"/>
          <w:sz w:val="24"/>
          <w:szCs w:val="24"/>
        </w:rPr>
        <w:t>18:18  ...</w:t>
      </w:r>
      <w:proofErr w:type="gramEnd"/>
      <w:r w:rsidRPr="00722771">
        <w:rPr>
          <w:rFonts w:ascii="Aptos Display" w:hAnsi="Aptos Display"/>
          <w:sz w:val="24"/>
          <w:szCs w:val="24"/>
        </w:rPr>
        <w:t>Assuredly, I say to you, whatever you bind on earth will be bound in heaven, and whatever you loose on earth shall be loosed in heaven.</w:t>
      </w:r>
    </w:p>
    <w:p w14:paraId="71761A11"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Mt </w:t>
      </w:r>
      <w:proofErr w:type="gramStart"/>
      <w:r w:rsidRPr="00722771">
        <w:rPr>
          <w:rFonts w:ascii="Aptos Display" w:hAnsi="Aptos Display"/>
          <w:sz w:val="24"/>
          <w:szCs w:val="24"/>
        </w:rPr>
        <w:t>18:19  ...</w:t>
      </w:r>
      <w:proofErr w:type="gramEnd"/>
      <w:r w:rsidRPr="00722771">
        <w:rPr>
          <w:rFonts w:ascii="Aptos Display" w:hAnsi="Aptos Display"/>
          <w:sz w:val="24"/>
          <w:szCs w:val="24"/>
        </w:rPr>
        <w:t>Again I say to you that if two of you agree on earth concerning anything that they ask, it will be done for them by My Father in heaven.</w:t>
      </w:r>
    </w:p>
    <w:p w14:paraId="5AD2E846"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Jn </w:t>
      </w:r>
      <w:proofErr w:type="gramStart"/>
      <w:r w:rsidRPr="00722771">
        <w:rPr>
          <w:rFonts w:ascii="Aptos Display" w:hAnsi="Aptos Display"/>
          <w:sz w:val="24"/>
          <w:szCs w:val="24"/>
        </w:rPr>
        <w:t>15:16  ...</w:t>
      </w:r>
      <w:proofErr w:type="gramEnd"/>
      <w:r w:rsidRPr="00722771">
        <w:rPr>
          <w:rFonts w:ascii="Aptos Display" w:hAnsi="Aptos Display"/>
          <w:sz w:val="24"/>
          <w:szCs w:val="24"/>
        </w:rPr>
        <w:t>You did not choose Me, but I chose you and appointed you that you should go and bear fruit, and that your fruit should remain, that whatever you ask the Father in My name He may give you.</w:t>
      </w:r>
    </w:p>
    <w:p w14:paraId="6825A70F"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Jer </w:t>
      </w:r>
      <w:proofErr w:type="gramStart"/>
      <w:r w:rsidRPr="00722771">
        <w:rPr>
          <w:rFonts w:ascii="Aptos Display" w:hAnsi="Aptos Display"/>
          <w:sz w:val="24"/>
          <w:szCs w:val="24"/>
        </w:rPr>
        <w:t>29:12  ...</w:t>
      </w:r>
      <w:proofErr w:type="gramEnd"/>
      <w:r w:rsidRPr="00722771">
        <w:rPr>
          <w:rFonts w:ascii="Aptos Display" w:hAnsi="Aptos Display"/>
          <w:sz w:val="24"/>
          <w:szCs w:val="24"/>
        </w:rPr>
        <w:t>Then you will call upon Me and go and pray to Me, and I will listen to you.</w:t>
      </w:r>
    </w:p>
    <w:p w14:paraId="0786DE4B"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Isa </w:t>
      </w:r>
      <w:proofErr w:type="gramStart"/>
      <w:r w:rsidRPr="00722771">
        <w:rPr>
          <w:rFonts w:ascii="Aptos Display" w:hAnsi="Aptos Display"/>
          <w:sz w:val="24"/>
          <w:szCs w:val="24"/>
        </w:rPr>
        <w:t>65:24  ...</w:t>
      </w:r>
      <w:proofErr w:type="gramEnd"/>
      <w:r w:rsidRPr="00722771">
        <w:rPr>
          <w:rFonts w:ascii="Aptos Display" w:hAnsi="Aptos Display"/>
          <w:sz w:val="24"/>
          <w:szCs w:val="24"/>
        </w:rPr>
        <w:t>It shall come to pass that before they call, I will answer, and while they are speaking I will hear.</w:t>
      </w:r>
    </w:p>
    <w:p w14:paraId="5C0A8FAD" w14:textId="77777777" w:rsidR="00C80D41" w:rsidRPr="00722771" w:rsidRDefault="00722771">
      <w:pPr>
        <w:rPr>
          <w:rFonts w:ascii="Aptos Display" w:hAnsi="Aptos Display"/>
          <w:sz w:val="24"/>
          <w:szCs w:val="24"/>
        </w:rPr>
      </w:pPr>
      <w:r w:rsidRPr="00722771">
        <w:rPr>
          <w:rFonts w:ascii="Aptos Display" w:hAnsi="Aptos Display"/>
          <w:sz w:val="24"/>
          <w:szCs w:val="24"/>
        </w:rPr>
        <w:lastRenderedPageBreak/>
        <w:t xml:space="preserve">Ps </w:t>
      </w:r>
      <w:proofErr w:type="gramStart"/>
      <w:r w:rsidRPr="00722771">
        <w:rPr>
          <w:rFonts w:ascii="Aptos Display" w:hAnsi="Aptos Display"/>
          <w:sz w:val="24"/>
          <w:szCs w:val="24"/>
        </w:rPr>
        <w:t>91:15  ...</w:t>
      </w:r>
      <w:proofErr w:type="gramEnd"/>
      <w:r w:rsidRPr="00722771">
        <w:rPr>
          <w:rFonts w:ascii="Aptos Display" w:hAnsi="Aptos Display"/>
          <w:sz w:val="24"/>
          <w:szCs w:val="24"/>
        </w:rPr>
        <w:t>He shall call upon Me, and I will answer him; I will be with him in trouble; I will deliver him and honor him.</w:t>
      </w:r>
    </w:p>
    <w:p w14:paraId="1C36D50A" w14:textId="77777777" w:rsidR="00C80D41" w:rsidRPr="00722771" w:rsidRDefault="00722771">
      <w:pPr>
        <w:rPr>
          <w:rFonts w:ascii="Aptos Display" w:hAnsi="Aptos Display"/>
          <w:sz w:val="24"/>
          <w:szCs w:val="24"/>
        </w:rPr>
      </w:pPr>
      <w:r w:rsidRPr="00722771">
        <w:rPr>
          <w:rFonts w:ascii="Aptos Display" w:hAnsi="Aptos Display"/>
          <w:sz w:val="24"/>
          <w:szCs w:val="24"/>
        </w:rPr>
        <w:t xml:space="preserve">Ps </w:t>
      </w:r>
      <w:proofErr w:type="gramStart"/>
      <w:r w:rsidRPr="00722771">
        <w:rPr>
          <w:rFonts w:ascii="Aptos Display" w:hAnsi="Aptos Display"/>
          <w:sz w:val="24"/>
          <w:szCs w:val="24"/>
        </w:rPr>
        <w:t>141:2  ...</w:t>
      </w:r>
      <w:proofErr w:type="gramEnd"/>
      <w:r w:rsidRPr="00722771">
        <w:rPr>
          <w:rFonts w:ascii="Aptos Display" w:hAnsi="Aptos Display"/>
          <w:sz w:val="24"/>
          <w:szCs w:val="24"/>
        </w:rPr>
        <w:t>Let my prayer be set before You as incense, the lifting of my hands as the evening sacrifice.</w:t>
      </w:r>
    </w:p>
    <w:p w14:paraId="7E979767" w14:textId="77777777" w:rsidR="00C80D41" w:rsidRPr="00722771" w:rsidRDefault="00722771">
      <w:pPr>
        <w:pStyle w:val="IntenseQuote"/>
        <w:rPr>
          <w:rFonts w:ascii="Aptos Display" w:hAnsi="Aptos Display"/>
          <w:sz w:val="24"/>
          <w:szCs w:val="24"/>
        </w:rPr>
      </w:pPr>
      <w:r w:rsidRPr="00722771">
        <w:rPr>
          <w:rFonts w:ascii="Aptos Display" w:hAnsi="Aptos Display"/>
          <w:sz w:val="24"/>
          <w:szCs w:val="24"/>
        </w:rPr>
        <w:br/>
        <w:t>PrayingScriptures.com | Praying in Victory 3</w:t>
      </w:r>
      <w:r w:rsidRPr="00722771">
        <w:rPr>
          <w:rFonts w:ascii="Aptos Display" w:hAnsi="Aptos Display"/>
          <w:sz w:val="24"/>
          <w:szCs w:val="24"/>
        </w:rPr>
        <w:br/>
        <w:t>Carolann Kononova</w:t>
      </w:r>
    </w:p>
    <w:sectPr w:rsidR="00C80D41" w:rsidRPr="00722771" w:rsidSect="0072277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643001468">
    <w:abstractNumId w:val="8"/>
  </w:num>
  <w:num w:numId="2" w16cid:durableId="1414280738">
    <w:abstractNumId w:val="6"/>
  </w:num>
  <w:num w:numId="3" w16cid:durableId="712848367">
    <w:abstractNumId w:val="5"/>
  </w:num>
  <w:num w:numId="4" w16cid:durableId="117728176">
    <w:abstractNumId w:val="4"/>
  </w:num>
  <w:num w:numId="5" w16cid:durableId="1168013011">
    <w:abstractNumId w:val="7"/>
  </w:num>
  <w:num w:numId="6" w16cid:durableId="1941136585">
    <w:abstractNumId w:val="3"/>
  </w:num>
  <w:num w:numId="7" w16cid:durableId="1739093909">
    <w:abstractNumId w:val="2"/>
  </w:num>
  <w:num w:numId="8" w16cid:durableId="328485261">
    <w:abstractNumId w:val="1"/>
  </w:num>
  <w:num w:numId="9" w16cid:durableId="208629306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722771"/>
    <w:rsid w:val="00AA1D8D"/>
    <w:rsid w:val="00B47730"/>
    <w:rsid w:val="00C80D41"/>
    <w:rsid w:val="00CB0664"/>
    <w:rsid w:val="00FC58F0"/>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F1088D0"/>
  <w14:defaultImageDpi w14:val="300"/>
  <w15:docId w15:val="{1769FB08-E4A9-4446-A5DC-E34428BC01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332</Words>
  <Characters>1893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2221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Teresa Gibson</cp:lastModifiedBy>
  <cp:revision>2</cp:revision>
  <dcterms:created xsi:type="dcterms:W3CDTF">2025-06-23T03:26:00Z</dcterms:created>
  <dcterms:modified xsi:type="dcterms:W3CDTF">2025-06-23T03:26:00Z</dcterms:modified>
  <cp:category/>
</cp:coreProperties>
</file>