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4F31DE" w14:textId="77777777" w:rsidR="00BE6DC0" w:rsidRPr="006D5B45" w:rsidRDefault="006D5B45" w:rsidP="006D5B45">
      <w:pPr>
        <w:pStyle w:val="Heading1"/>
        <w:jc w:val="center"/>
        <w:rPr>
          <w:rFonts w:ascii="Aptos Display" w:hAnsi="Aptos Display"/>
          <w:sz w:val="44"/>
          <w:szCs w:val="44"/>
        </w:rPr>
      </w:pPr>
      <w:r w:rsidRPr="006D5B45">
        <w:rPr>
          <w:rFonts w:ascii="Aptos Display" w:hAnsi="Aptos Display"/>
          <w:sz w:val="44"/>
          <w:szCs w:val="44"/>
        </w:rPr>
        <w:t>How To Minister Healing</w:t>
      </w:r>
    </w:p>
    <w:p w14:paraId="2C38EAE4" w14:textId="77777777" w:rsidR="00BE6DC0" w:rsidRPr="006D5B45" w:rsidRDefault="006D5B45" w:rsidP="006D5B45">
      <w:pPr>
        <w:pStyle w:val="ListNumber"/>
        <w:numPr>
          <w:ilvl w:val="0"/>
          <w:numId w:val="0"/>
        </w:numPr>
        <w:rPr>
          <w:rFonts w:ascii="Aptos Display" w:hAnsi="Aptos Display"/>
          <w:sz w:val="28"/>
          <w:szCs w:val="28"/>
        </w:rPr>
      </w:pPr>
      <w:r w:rsidRPr="006D5B45">
        <w:rPr>
          <w:rFonts w:ascii="Aptos Display" w:hAnsi="Aptos Display"/>
          <w:sz w:val="28"/>
          <w:szCs w:val="28"/>
        </w:rPr>
        <w:t>1. Determine Problem</w:t>
      </w:r>
    </w:p>
    <w:p w14:paraId="1E97ED1E" w14:textId="77777777" w:rsidR="00BE6DC0" w:rsidRPr="006D5B45" w:rsidRDefault="006D5B45">
      <w:pPr>
        <w:pStyle w:val="ListBullet2"/>
        <w:rPr>
          <w:rFonts w:ascii="Aptos Display" w:hAnsi="Aptos Display"/>
          <w:sz w:val="28"/>
          <w:szCs w:val="28"/>
        </w:rPr>
      </w:pPr>
      <w:r w:rsidRPr="006D5B45">
        <w:rPr>
          <w:rFonts w:ascii="Aptos Display" w:hAnsi="Aptos Display"/>
          <w:sz w:val="28"/>
          <w:szCs w:val="28"/>
        </w:rPr>
        <w:t>Get name or</w:t>
      </w:r>
    </w:p>
    <w:p w14:paraId="45706BE5" w14:textId="77777777" w:rsidR="00BE6DC0" w:rsidRPr="006D5B45" w:rsidRDefault="006D5B45">
      <w:pPr>
        <w:pStyle w:val="ListBullet2"/>
        <w:rPr>
          <w:rFonts w:ascii="Aptos Display" w:hAnsi="Aptos Display"/>
          <w:sz w:val="28"/>
          <w:szCs w:val="28"/>
        </w:rPr>
      </w:pPr>
      <w:r w:rsidRPr="006D5B45">
        <w:rPr>
          <w:rFonts w:ascii="Aptos Display" w:hAnsi="Aptos Display"/>
          <w:sz w:val="28"/>
          <w:szCs w:val="28"/>
        </w:rPr>
        <w:t>Symptom(s)</w:t>
      </w:r>
    </w:p>
    <w:p w14:paraId="04E7FB6C" w14:textId="77777777" w:rsidR="00BE6DC0" w:rsidRPr="006D5B45" w:rsidRDefault="006D5B45">
      <w:pPr>
        <w:pStyle w:val="ListBullet2"/>
        <w:rPr>
          <w:rFonts w:ascii="Aptos Display" w:hAnsi="Aptos Display"/>
          <w:sz w:val="28"/>
          <w:szCs w:val="28"/>
        </w:rPr>
      </w:pPr>
      <w:r w:rsidRPr="006D5B45">
        <w:rPr>
          <w:rFonts w:ascii="Aptos Display" w:hAnsi="Aptos Display"/>
          <w:sz w:val="28"/>
          <w:szCs w:val="28"/>
        </w:rPr>
        <w:t>Find out what the people can not do.</w:t>
      </w:r>
    </w:p>
    <w:p w14:paraId="52A51FCC" w14:textId="77777777" w:rsidR="00BE6DC0" w:rsidRPr="006D5B45" w:rsidRDefault="006D5B45" w:rsidP="006D5B45">
      <w:pPr>
        <w:pStyle w:val="ListNumber"/>
        <w:numPr>
          <w:ilvl w:val="0"/>
          <w:numId w:val="0"/>
        </w:numPr>
        <w:ind w:left="360" w:hanging="360"/>
        <w:rPr>
          <w:rFonts w:ascii="Aptos Display" w:hAnsi="Aptos Display"/>
          <w:sz w:val="28"/>
          <w:szCs w:val="28"/>
        </w:rPr>
      </w:pPr>
      <w:r w:rsidRPr="006D5B45">
        <w:rPr>
          <w:rFonts w:ascii="Aptos Display" w:hAnsi="Aptos Display"/>
          <w:sz w:val="28"/>
          <w:szCs w:val="28"/>
        </w:rPr>
        <w:t>2. If no name (can’t be diagnosed “known through”):</w:t>
      </w:r>
    </w:p>
    <w:p w14:paraId="23C1AC7A" w14:textId="77777777" w:rsidR="00BE6DC0" w:rsidRPr="006D5B45" w:rsidRDefault="006D5B45">
      <w:pPr>
        <w:pStyle w:val="ListBullet2"/>
        <w:rPr>
          <w:rFonts w:ascii="Aptos Display" w:hAnsi="Aptos Display"/>
          <w:sz w:val="28"/>
          <w:szCs w:val="28"/>
        </w:rPr>
      </w:pPr>
      <w:r w:rsidRPr="006D5B45">
        <w:rPr>
          <w:rFonts w:ascii="Aptos Display" w:hAnsi="Aptos Display"/>
          <w:sz w:val="28"/>
          <w:szCs w:val="28"/>
        </w:rPr>
        <w:t>Attack (cast out, evict) the spirit of infirmity.</w:t>
      </w:r>
    </w:p>
    <w:p w14:paraId="58029637" w14:textId="77777777" w:rsidR="00BE6DC0" w:rsidRPr="006D5B45" w:rsidRDefault="006D5B45" w:rsidP="006D5B45">
      <w:pPr>
        <w:pStyle w:val="ListNumber"/>
        <w:numPr>
          <w:ilvl w:val="0"/>
          <w:numId w:val="0"/>
        </w:numPr>
        <w:ind w:left="360" w:hanging="360"/>
        <w:rPr>
          <w:rFonts w:ascii="Aptos Display" w:hAnsi="Aptos Display"/>
          <w:sz w:val="28"/>
          <w:szCs w:val="28"/>
        </w:rPr>
      </w:pPr>
      <w:r w:rsidRPr="006D5B45">
        <w:rPr>
          <w:rFonts w:ascii="Aptos Display" w:hAnsi="Aptos Display"/>
          <w:sz w:val="28"/>
          <w:szCs w:val="28"/>
        </w:rPr>
        <w:t xml:space="preserve">3. If more than 2 problems (names or </w:t>
      </w:r>
      <w:r w:rsidRPr="006D5B45">
        <w:rPr>
          <w:rFonts w:ascii="Aptos Display" w:hAnsi="Aptos Display"/>
          <w:sz w:val="28"/>
          <w:szCs w:val="28"/>
        </w:rPr>
        <w:t>symptoms):</w:t>
      </w:r>
    </w:p>
    <w:p w14:paraId="7649AA46" w14:textId="77777777" w:rsidR="00BE6DC0" w:rsidRPr="006D5B45" w:rsidRDefault="006D5B45">
      <w:pPr>
        <w:pStyle w:val="ListBullet2"/>
        <w:rPr>
          <w:rFonts w:ascii="Aptos Display" w:hAnsi="Aptos Display"/>
          <w:sz w:val="28"/>
          <w:szCs w:val="28"/>
        </w:rPr>
      </w:pPr>
      <w:r w:rsidRPr="006D5B45">
        <w:rPr>
          <w:rFonts w:ascii="Aptos Display" w:hAnsi="Aptos Display"/>
          <w:sz w:val="28"/>
          <w:szCs w:val="28"/>
        </w:rPr>
        <w:t>Attack (cast out, evict) the spirit of infirmity.</w:t>
      </w:r>
    </w:p>
    <w:p w14:paraId="031627A9" w14:textId="77777777" w:rsidR="00BE6DC0" w:rsidRPr="006D5B45" w:rsidRDefault="006D5B45" w:rsidP="006D5B45">
      <w:pPr>
        <w:pStyle w:val="ListNumber"/>
        <w:numPr>
          <w:ilvl w:val="0"/>
          <w:numId w:val="0"/>
        </w:numPr>
        <w:ind w:left="360" w:hanging="360"/>
        <w:rPr>
          <w:rFonts w:ascii="Aptos Display" w:hAnsi="Aptos Display"/>
          <w:sz w:val="28"/>
          <w:szCs w:val="28"/>
        </w:rPr>
      </w:pPr>
      <w:r w:rsidRPr="006D5B45">
        <w:rPr>
          <w:rFonts w:ascii="Aptos Display" w:hAnsi="Aptos Display"/>
          <w:sz w:val="28"/>
          <w:szCs w:val="28"/>
        </w:rPr>
        <w:t>4. If problems started with a traumatic experience:</w:t>
      </w:r>
    </w:p>
    <w:p w14:paraId="03FC24FD" w14:textId="77777777" w:rsidR="00BE6DC0" w:rsidRPr="006D5B45" w:rsidRDefault="006D5B45">
      <w:pPr>
        <w:pStyle w:val="ListBullet2"/>
        <w:rPr>
          <w:rFonts w:ascii="Aptos Display" w:hAnsi="Aptos Display"/>
          <w:sz w:val="28"/>
          <w:szCs w:val="28"/>
        </w:rPr>
      </w:pPr>
      <w:r w:rsidRPr="006D5B45">
        <w:rPr>
          <w:rFonts w:ascii="Aptos Display" w:hAnsi="Aptos Display"/>
          <w:sz w:val="28"/>
          <w:szCs w:val="28"/>
        </w:rPr>
        <w:t>Attack (cast out, evict) the spirit of infirmity.</w:t>
      </w:r>
    </w:p>
    <w:p w14:paraId="7B239FED" w14:textId="77777777" w:rsidR="00BE6DC0" w:rsidRPr="006D5B45" w:rsidRDefault="006D5B45" w:rsidP="006D5B45">
      <w:pPr>
        <w:pStyle w:val="ListNumber"/>
        <w:numPr>
          <w:ilvl w:val="0"/>
          <w:numId w:val="0"/>
        </w:numPr>
        <w:ind w:left="360" w:hanging="360"/>
        <w:rPr>
          <w:rFonts w:ascii="Aptos Display" w:hAnsi="Aptos Display"/>
          <w:sz w:val="28"/>
          <w:szCs w:val="28"/>
        </w:rPr>
      </w:pPr>
      <w:r w:rsidRPr="006D5B45">
        <w:rPr>
          <w:rFonts w:ascii="Aptos Display" w:hAnsi="Aptos Display"/>
          <w:sz w:val="28"/>
          <w:szCs w:val="28"/>
        </w:rPr>
        <w:t>5. Once the problem is determined:</w:t>
      </w:r>
    </w:p>
    <w:p w14:paraId="20BB49C4" w14:textId="77777777" w:rsidR="00BE6DC0" w:rsidRPr="006D5B45" w:rsidRDefault="006D5B45">
      <w:pPr>
        <w:pStyle w:val="ListBullet2"/>
        <w:rPr>
          <w:rFonts w:ascii="Aptos Display" w:hAnsi="Aptos Display"/>
          <w:sz w:val="28"/>
          <w:szCs w:val="28"/>
        </w:rPr>
      </w:pPr>
      <w:r w:rsidRPr="006D5B45">
        <w:rPr>
          <w:rFonts w:ascii="Aptos Display" w:hAnsi="Aptos Display"/>
          <w:sz w:val="28"/>
          <w:szCs w:val="28"/>
        </w:rPr>
        <w:t>Declare the problem has no right to remain.</w:t>
      </w:r>
    </w:p>
    <w:p w14:paraId="4C09A684" w14:textId="77777777" w:rsidR="00BE6DC0" w:rsidRPr="006D5B45" w:rsidRDefault="006D5B45">
      <w:pPr>
        <w:pStyle w:val="ListBullet2"/>
        <w:rPr>
          <w:rFonts w:ascii="Aptos Display" w:hAnsi="Aptos Display"/>
          <w:sz w:val="28"/>
          <w:szCs w:val="28"/>
        </w:rPr>
      </w:pPr>
      <w:r w:rsidRPr="006D5B45">
        <w:rPr>
          <w:rFonts w:ascii="Aptos Display" w:hAnsi="Aptos Display"/>
          <w:sz w:val="28"/>
          <w:szCs w:val="28"/>
        </w:rPr>
        <w:t>Declare the person is free in the Name of Jesus.</w:t>
      </w:r>
    </w:p>
    <w:p w14:paraId="2945E647" w14:textId="77777777" w:rsidR="00BE6DC0" w:rsidRPr="006D5B45" w:rsidRDefault="006D5B45">
      <w:pPr>
        <w:pStyle w:val="ListBullet2"/>
        <w:rPr>
          <w:rFonts w:ascii="Aptos Display" w:hAnsi="Aptos Display"/>
          <w:sz w:val="28"/>
          <w:szCs w:val="28"/>
        </w:rPr>
      </w:pPr>
      <w:r w:rsidRPr="006D5B45">
        <w:rPr>
          <w:rFonts w:ascii="Aptos Display" w:hAnsi="Aptos Display"/>
          <w:sz w:val="28"/>
          <w:szCs w:val="28"/>
        </w:rPr>
        <w:t>Deliver LIFE (virtue/power) by the method you choose:</w:t>
      </w:r>
    </w:p>
    <w:p w14:paraId="79A000D7" w14:textId="77777777" w:rsidR="00BE6DC0" w:rsidRPr="006D5B45" w:rsidRDefault="006D5B45" w:rsidP="006D5B45">
      <w:pPr>
        <w:pStyle w:val="ListBullet"/>
        <w:numPr>
          <w:ilvl w:val="0"/>
          <w:numId w:val="0"/>
        </w:numPr>
        <w:ind w:left="360" w:firstLine="360"/>
        <w:rPr>
          <w:rFonts w:ascii="Aptos Display" w:hAnsi="Aptos Display"/>
          <w:sz w:val="28"/>
          <w:szCs w:val="28"/>
        </w:rPr>
      </w:pPr>
      <w:r w:rsidRPr="006D5B45">
        <w:rPr>
          <w:rFonts w:ascii="Aptos Display" w:hAnsi="Aptos Display"/>
          <w:sz w:val="28"/>
          <w:szCs w:val="28"/>
        </w:rPr>
        <w:t>- Laying on of hands</w:t>
      </w:r>
    </w:p>
    <w:p w14:paraId="0A4D2A26" w14:textId="1151D5FB" w:rsidR="00BE6DC0" w:rsidRPr="006D5B45" w:rsidRDefault="006D5B45" w:rsidP="006D5B45">
      <w:pPr>
        <w:pStyle w:val="ListBullet"/>
        <w:numPr>
          <w:ilvl w:val="0"/>
          <w:numId w:val="0"/>
        </w:numPr>
        <w:ind w:left="360" w:firstLine="360"/>
        <w:rPr>
          <w:rFonts w:ascii="Aptos Display" w:hAnsi="Aptos Display"/>
          <w:sz w:val="28"/>
          <w:szCs w:val="28"/>
        </w:rPr>
      </w:pPr>
      <w:r w:rsidRPr="006D5B45">
        <w:rPr>
          <w:rFonts w:ascii="Aptos Display" w:hAnsi="Aptos Display"/>
          <w:sz w:val="28"/>
          <w:szCs w:val="28"/>
        </w:rPr>
        <w:t>- Prayer cloth</w:t>
      </w:r>
    </w:p>
    <w:p w14:paraId="4D56B8F7" w14:textId="77777777" w:rsidR="00BE6DC0" w:rsidRPr="006D5B45" w:rsidRDefault="006D5B45" w:rsidP="006D5B45">
      <w:pPr>
        <w:pStyle w:val="ListBullet"/>
        <w:numPr>
          <w:ilvl w:val="0"/>
          <w:numId w:val="0"/>
        </w:numPr>
        <w:ind w:left="360" w:firstLine="360"/>
        <w:rPr>
          <w:rFonts w:ascii="Aptos Display" w:hAnsi="Aptos Display"/>
          <w:sz w:val="28"/>
          <w:szCs w:val="28"/>
        </w:rPr>
      </w:pPr>
      <w:r w:rsidRPr="006D5B45">
        <w:rPr>
          <w:rFonts w:ascii="Aptos Display" w:hAnsi="Aptos Display"/>
          <w:sz w:val="28"/>
          <w:szCs w:val="28"/>
        </w:rPr>
        <w:t>- Words</w:t>
      </w:r>
    </w:p>
    <w:p w14:paraId="1302A84F" w14:textId="77777777" w:rsidR="00BE6DC0" w:rsidRPr="006D5B45" w:rsidRDefault="006D5B45" w:rsidP="006D5B45">
      <w:pPr>
        <w:pStyle w:val="ListBullet"/>
        <w:numPr>
          <w:ilvl w:val="0"/>
          <w:numId w:val="0"/>
        </w:numPr>
        <w:ind w:left="360" w:firstLine="360"/>
        <w:rPr>
          <w:rFonts w:ascii="Aptos Display" w:hAnsi="Aptos Display"/>
          <w:sz w:val="28"/>
          <w:szCs w:val="28"/>
        </w:rPr>
      </w:pPr>
      <w:r w:rsidRPr="006D5B45">
        <w:rPr>
          <w:rFonts w:ascii="Aptos Display" w:hAnsi="Aptos Display"/>
          <w:sz w:val="28"/>
          <w:szCs w:val="28"/>
        </w:rPr>
        <w:t>- An action to be obeyed</w:t>
      </w:r>
    </w:p>
    <w:p w14:paraId="67FFAA99" w14:textId="77777777" w:rsidR="00BE6DC0" w:rsidRPr="006D5B45" w:rsidRDefault="006D5B45">
      <w:pPr>
        <w:pStyle w:val="ListBullet2"/>
        <w:rPr>
          <w:rFonts w:ascii="Aptos Display" w:hAnsi="Aptos Display"/>
          <w:sz w:val="28"/>
          <w:szCs w:val="28"/>
        </w:rPr>
      </w:pPr>
      <w:r w:rsidRPr="006D5B45">
        <w:rPr>
          <w:rFonts w:ascii="Aptos Display" w:hAnsi="Aptos Display"/>
          <w:sz w:val="28"/>
          <w:szCs w:val="28"/>
        </w:rPr>
        <w:t>Tell the spirit/problem what you want it to do.</w:t>
      </w:r>
    </w:p>
    <w:p w14:paraId="5640AFDC" w14:textId="77777777" w:rsidR="00BE6DC0" w:rsidRPr="006D5B45" w:rsidRDefault="006D5B45">
      <w:pPr>
        <w:pStyle w:val="ListBullet2"/>
        <w:rPr>
          <w:rFonts w:ascii="Aptos Display" w:hAnsi="Aptos Display"/>
          <w:sz w:val="28"/>
          <w:szCs w:val="28"/>
        </w:rPr>
      </w:pPr>
      <w:r w:rsidRPr="006D5B45">
        <w:rPr>
          <w:rFonts w:ascii="Aptos Display" w:hAnsi="Aptos Display"/>
          <w:sz w:val="28"/>
          <w:szCs w:val="28"/>
        </w:rPr>
        <w:t>Tell the body what you want it to do:</w:t>
      </w:r>
      <w:r w:rsidRPr="006D5B45">
        <w:rPr>
          <w:rFonts w:ascii="Aptos Display" w:hAnsi="Aptos Display"/>
          <w:sz w:val="28"/>
          <w:szCs w:val="28"/>
        </w:rPr>
        <w:br/>
        <w:t xml:space="preserve">   "Be healed." "System" function, etc.</w:t>
      </w:r>
    </w:p>
    <w:p w14:paraId="0AA76391" w14:textId="77777777" w:rsidR="00BE6DC0" w:rsidRPr="006D5B45" w:rsidRDefault="006D5B45">
      <w:pPr>
        <w:pStyle w:val="ListBullet2"/>
        <w:rPr>
          <w:rFonts w:ascii="Aptos Display" w:hAnsi="Aptos Display"/>
          <w:sz w:val="28"/>
          <w:szCs w:val="28"/>
        </w:rPr>
      </w:pPr>
      <w:r w:rsidRPr="006D5B45">
        <w:rPr>
          <w:rFonts w:ascii="Aptos Display" w:hAnsi="Aptos Display"/>
          <w:sz w:val="28"/>
          <w:szCs w:val="28"/>
        </w:rPr>
        <w:t>Tell the person to do what they could not do.</w:t>
      </w:r>
    </w:p>
    <w:p w14:paraId="52A36095" w14:textId="77777777" w:rsidR="00BE6DC0" w:rsidRPr="006D5B45" w:rsidRDefault="006D5B45" w:rsidP="006D5B45">
      <w:pPr>
        <w:pStyle w:val="ListNumber"/>
        <w:numPr>
          <w:ilvl w:val="0"/>
          <w:numId w:val="0"/>
        </w:numPr>
        <w:ind w:left="360" w:hanging="360"/>
        <w:rPr>
          <w:rFonts w:ascii="Aptos Display" w:hAnsi="Aptos Display"/>
          <w:sz w:val="28"/>
          <w:szCs w:val="28"/>
        </w:rPr>
      </w:pPr>
      <w:r w:rsidRPr="006D5B45">
        <w:rPr>
          <w:rFonts w:ascii="Aptos Display" w:hAnsi="Aptos Display"/>
          <w:sz w:val="28"/>
          <w:szCs w:val="28"/>
        </w:rPr>
        <w:t>6. Keep working with them until they can do what they could not do before.</w:t>
      </w:r>
    </w:p>
    <w:p w14:paraId="60BD02BA" w14:textId="77777777" w:rsidR="00BE6DC0" w:rsidRPr="006D5B45" w:rsidRDefault="006D5B45" w:rsidP="006D5B45">
      <w:pPr>
        <w:pStyle w:val="ListNumber"/>
        <w:numPr>
          <w:ilvl w:val="0"/>
          <w:numId w:val="0"/>
        </w:numPr>
        <w:ind w:left="360" w:hanging="360"/>
        <w:rPr>
          <w:rFonts w:ascii="Aptos Display" w:hAnsi="Aptos Display"/>
          <w:sz w:val="28"/>
          <w:szCs w:val="28"/>
        </w:rPr>
      </w:pPr>
      <w:r w:rsidRPr="006D5B45">
        <w:rPr>
          <w:rFonts w:ascii="Aptos Display" w:hAnsi="Aptos Display"/>
          <w:sz w:val="28"/>
          <w:szCs w:val="28"/>
        </w:rPr>
        <w:t>7. Have them testify of any changes.</w:t>
      </w:r>
    </w:p>
    <w:sectPr w:rsidR="00BE6DC0" w:rsidRPr="006D5B45" w:rsidSect="006D5B45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985859890">
    <w:abstractNumId w:val="8"/>
  </w:num>
  <w:num w:numId="2" w16cid:durableId="2080444988">
    <w:abstractNumId w:val="6"/>
  </w:num>
  <w:num w:numId="3" w16cid:durableId="1026248160">
    <w:abstractNumId w:val="5"/>
  </w:num>
  <w:num w:numId="4" w16cid:durableId="1414543160">
    <w:abstractNumId w:val="4"/>
  </w:num>
  <w:num w:numId="5" w16cid:durableId="1206257363">
    <w:abstractNumId w:val="7"/>
  </w:num>
  <w:num w:numId="6" w16cid:durableId="135687730">
    <w:abstractNumId w:val="3"/>
  </w:num>
  <w:num w:numId="7" w16cid:durableId="1433667864">
    <w:abstractNumId w:val="2"/>
  </w:num>
  <w:num w:numId="8" w16cid:durableId="118573232">
    <w:abstractNumId w:val="1"/>
  </w:num>
  <w:num w:numId="9" w16cid:durableId="747114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6D5B45"/>
    <w:rsid w:val="00AA1D8D"/>
    <w:rsid w:val="00B47730"/>
    <w:rsid w:val="00BE6DC0"/>
    <w:rsid w:val="00CB0664"/>
    <w:rsid w:val="00FC58F0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1794308"/>
  <w14:defaultImageDpi w14:val="300"/>
  <w15:docId w15:val="{1769FB08-E4A9-4446-A5DC-E34428BC0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140</Words>
  <Characters>802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941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Teresa Gibson</cp:lastModifiedBy>
  <cp:revision>2</cp:revision>
  <dcterms:created xsi:type="dcterms:W3CDTF">2025-06-23T03:37:00Z</dcterms:created>
  <dcterms:modified xsi:type="dcterms:W3CDTF">2025-06-23T03:37:00Z</dcterms:modified>
  <cp:category/>
</cp:coreProperties>
</file>