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9DB49" w14:textId="77777777" w:rsidR="007A1245" w:rsidRPr="008A0858" w:rsidRDefault="008A0858" w:rsidP="008A0858">
      <w:pPr>
        <w:pStyle w:val="Heading1"/>
        <w:jc w:val="center"/>
        <w:rPr>
          <w:rFonts w:ascii="Aptos Display" w:hAnsi="Aptos Display"/>
          <w:sz w:val="44"/>
          <w:szCs w:val="44"/>
        </w:rPr>
      </w:pPr>
      <w:r w:rsidRPr="008A0858">
        <w:rPr>
          <w:rFonts w:ascii="Aptos Display" w:hAnsi="Aptos Display"/>
          <w:sz w:val="44"/>
          <w:szCs w:val="44"/>
        </w:rPr>
        <w:t>Daily Prayer Cover</w:t>
      </w:r>
    </w:p>
    <w:p w14:paraId="08CE6C3F" w14:textId="77777777" w:rsidR="007A1245" w:rsidRPr="008A0858" w:rsidRDefault="008A0858">
      <w:pPr>
        <w:rPr>
          <w:rFonts w:ascii="Aptos Display" w:hAnsi="Aptos Display"/>
          <w:sz w:val="24"/>
          <w:szCs w:val="24"/>
        </w:rPr>
      </w:pPr>
      <w:r w:rsidRPr="008A0858">
        <w:rPr>
          <w:rFonts w:ascii="Aptos Display" w:hAnsi="Aptos Display"/>
          <w:sz w:val="24"/>
          <w:szCs w:val="24"/>
        </w:rPr>
        <w:t>Heavenly Father, we pray this prayer in the power of the Holy Spirit, by the authority of the written Word of God in Matt. 16:19.</w:t>
      </w:r>
    </w:p>
    <w:p w14:paraId="721B4F80" w14:textId="77777777" w:rsidR="007A1245" w:rsidRPr="008A0858" w:rsidRDefault="008A0858">
      <w:pPr>
        <w:rPr>
          <w:rFonts w:ascii="Aptos Display" w:hAnsi="Aptos Display"/>
          <w:sz w:val="24"/>
          <w:szCs w:val="24"/>
        </w:rPr>
      </w:pPr>
      <w:r w:rsidRPr="008A0858">
        <w:rPr>
          <w:rFonts w:ascii="Aptos Display" w:hAnsi="Aptos Display"/>
          <w:sz w:val="24"/>
          <w:szCs w:val="24"/>
        </w:rPr>
        <w:t>We thank You and praise You for</w:t>
      </w:r>
    </w:p>
    <w:p w14:paraId="1CC5DE8F"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Being present with us right now, for allowing us to see Your mighty </w:t>
      </w:r>
      <w:r w:rsidRPr="008A0858">
        <w:rPr>
          <w:rFonts w:ascii="Aptos Display" w:hAnsi="Aptos Display"/>
          <w:sz w:val="24"/>
          <w:szCs w:val="24"/>
        </w:rPr>
        <w:t>hand at work in answering so many of our prayers and changing us to be more and more like You.</w:t>
      </w:r>
    </w:p>
    <w:p w14:paraId="6DF7CD91"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thank You for working in us, for it is You, God, who work in us both to will and to do Your good pleasure.</w:t>
      </w:r>
    </w:p>
    <w:p w14:paraId="569627AA"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thank You that Your grace is sufficient for us, that Your strength is made perfect in weakness. Help us to boast in our infirmities, that the power of Christ may rest upon us, that others may see and relate to what You are doing in our lives.</w:t>
      </w:r>
    </w:p>
    <w:p w14:paraId="597C857D"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thank You that we can be confident of this very thing, that You have begun a good work in us and will complete it until the day of Jesus Christ.</w:t>
      </w:r>
    </w:p>
    <w:p w14:paraId="1919F95C"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We praise You, Jesus, that you said to us that if two of us agree on earth concerning anything that we ask, it will be done for us by our Father in heaven. That if we ask anything in Your name, </w:t>
      </w:r>
      <w:proofErr w:type="gramStart"/>
      <w:r w:rsidRPr="008A0858">
        <w:rPr>
          <w:rFonts w:ascii="Aptos Display" w:hAnsi="Aptos Display"/>
          <w:sz w:val="24"/>
          <w:szCs w:val="24"/>
        </w:rPr>
        <w:t>You</w:t>
      </w:r>
      <w:proofErr w:type="gramEnd"/>
      <w:r w:rsidRPr="008A0858">
        <w:rPr>
          <w:rFonts w:ascii="Aptos Display" w:hAnsi="Aptos Display"/>
          <w:sz w:val="24"/>
          <w:szCs w:val="24"/>
        </w:rPr>
        <w:t xml:space="preserve"> will do it. Therefore, this is the confidence that we have in You, that if we ask anything according to Your will, </w:t>
      </w:r>
      <w:proofErr w:type="gramStart"/>
      <w:r w:rsidRPr="008A0858">
        <w:rPr>
          <w:rFonts w:ascii="Aptos Display" w:hAnsi="Aptos Display"/>
          <w:sz w:val="24"/>
          <w:szCs w:val="24"/>
        </w:rPr>
        <w:t>You</w:t>
      </w:r>
      <w:proofErr w:type="gramEnd"/>
      <w:r w:rsidRPr="008A0858">
        <w:rPr>
          <w:rFonts w:ascii="Aptos Display" w:hAnsi="Aptos Display"/>
          <w:sz w:val="24"/>
          <w:szCs w:val="24"/>
        </w:rPr>
        <w:t xml:space="preserve"> hear us, and You answer us. All this is according to YOUR WORD.</w:t>
      </w:r>
    </w:p>
    <w:p w14:paraId="147FF5F2" w14:textId="77777777" w:rsidR="007A1245" w:rsidRPr="008A0858" w:rsidRDefault="008A0858">
      <w:pPr>
        <w:rPr>
          <w:rFonts w:ascii="Aptos Display" w:hAnsi="Aptos Display"/>
          <w:b/>
          <w:bCs/>
          <w:color w:val="548DD4" w:themeColor="text2" w:themeTint="99"/>
          <w:sz w:val="28"/>
          <w:szCs w:val="28"/>
        </w:rPr>
      </w:pPr>
      <w:r w:rsidRPr="008A0858">
        <w:rPr>
          <w:rFonts w:ascii="Aptos Display" w:hAnsi="Aptos Display"/>
          <w:b/>
          <w:bCs/>
          <w:color w:val="548DD4" w:themeColor="text2" w:themeTint="99"/>
          <w:sz w:val="28"/>
          <w:szCs w:val="28"/>
        </w:rPr>
        <w:t>WE BIND, REBUKE, AND BRING TO NO EFFECT:</w:t>
      </w:r>
    </w:p>
    <w:p w14:paraId="0C0B0F3F"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fear, doubt and unbelief.</w:t>
      </w:r>
    </w:p>
    <w:p w14:paraId="1F549E8F"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pride, arrogance, complacency and self-satisfaction.</w:t>
      </w:r>
    </w:p>
    <w:p w14:paraId="0C53900C"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division, discord and disunity.</w:t>
      </w:r>
    </w:p>
    <w:p w14:paraId="7CC9C365"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rebellion, disobedience, confusion and disorder.</w:t>
      </w:r>
    </w:p>
    <w:p w14:paraId="6359EBE1"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strife, anger, wrath, hatred, violence and murder.</w:t>
      </w:r>
    </w:p>
    <w:p w14:paraId="0BBB100D"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criticism, condemnation, vain glory, envying, jealousy and gossip.</w:t>
      </w:r>
    </w:p>
    <w:p w14:paraId="2263791F"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slander, evil speaking and filthy communications out of people’s mouths.</w:t>
      </w:r>
    </w:p>
    <w:p w14:paraId="5D2A6F27"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lying, scorning, and delaying spirits.</w:t>
      </w:r>
    </w:p>
    <w:p w14:paraId="3FF723A7"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Slothfulness, lust and gluttony.</w:t>
      </w:r>
    </w:p>
    <w:p w14:paraId="071F9A82"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poverty, greed, lack or want or fear of lack.</w:t>
      </w:r>
    </w:p>
    <w:p w14:paraId="627722B9"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fear and fear related spirits.</w:t>
      </w:r>
    </w:p>
    <w:p w14:paraId="0F7C0793"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harassing and tormenting spirits.</w:t>
      </w:r>
    </w:p>
    <w:p w14:paraId="243B4940"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addicting spirits, thieving spirits, obscene spirits, and seducing spirits.</w:t>
      </w:r>
    </w:p>
    <w:p w14:paraId="1175F498"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All false teachings, false gifts, manifestations and lying signs and wonders.</w:t>
      </w:r>
    </w:p>
    <w:p w14:paraId="7535249C" w14:textId="77777777" w:rsidR="007A1245" w:rsidRDefault="008A0858">
      <w:pPr>
        <w:pStyle w:val="ListNumber"/>
        <w:rPr>
          <w:rFonts w:ascii="Aptos Display" w:hAnsi="Aptos Display"/>
          <w:sz w:val="24"/>
          <w:szCs w:val="24"/>
        </w:rPr>
      </w:pPr>
      <w:r w:rsidRPr="008A0858">
        <w:rPr>
          <w:rFonts w:ascii="Aptos Display" w:hAnsi="Aptos Display"/>
          <w:sz w:val="24"/>
          <w:szCs w:val="24"/>
        </w:rPr>
        <w:t>All spirits of the antichrist, all occult and witchcraft spirits.</w:t>
      </w:r>
    </w:p>
    <w:p w14:paraId="49713EF9" w14:textId="77777777" w:rsidR="008A0858" w:rsidRDefault="008A0858" w:rsidP="008A0858">
      <w:pPr>
        <w:pStyle w:val="ListNumber"/>
        <w:numPr>
          <w:ilvl w:val="0"/>
          <w:numId w:val="0"/>
        </w:numPr>
        <w:ind w:left="360"/>
        <w:rPr>
          <w:rFonts w:ascii="Aptos Display" w:hAnsi="Aptos Display"/>
          <w:sz w:val="24"/>
          <w:szCs w:val="24"/>
        </w:rPr>
      </w:pPr>
    </w:p>
    <w:p w14:paraId="753485AB" w14:textId="77777777" w:rsidR="008A0858" w:rsidRDefault="008A0858" w:rsidP="008A0858">
      <w:pPr>
        <w:pStyle w:val="ListNumber"/>
        <w:numPr>
          <w:ilvl w:val="0"/>
          <w:numId w:val="0"/>
        </w:numPr>
        <w:ind w:left="360"/>
        <w:rPr>
          <w:rFonts w:ascii="Aptos Display" w:hAnsi="Aptos Display"/>
          <w:sz w:val="24"/>
          <w:szCs w:val="24"/>
        </w:rPr>
      </w:pPr>
    </w:p>
    <w:p w14:paraId="37581CA0" w14:textId="77777777" w:rsidR="008A0858" w:rsidRPr="008A0858" w:rsidRDefault="008A0858" w:rsidP="008A0858">
      <w:pPr>
        <w:pStyle w:val="ListNumber"/>
        <w:numPr>
          <w:ilvl w:val="0"/>
          <w:numId w:val="0"/>
        </w:numPr>
        <w:ind w:left="360"/>
        <w:rPr>
          <w:rFonts w:ascii="Aptos Display" w:hAnsi="Aptos Display"/>
          <w:sz w:val="24"/>
          <w:szCs w:val="24"/>
        </w:rPr>
      </w:pPr>
    </w:p>
    <w:p w14:paraId="12CA7A1F" w14:textId="317F91E1" w:rsidR="007A1245" w:rsidRPr="008A0858" w:rsidRDefault="008A0858">
      <w:pPr>
        <w:rPr>
          <w:rFonts w:ascii="Aptos Display" w:hAnsi="Aptos Display"/>
          <w:b/>
          <w:bCs/>
          <w:color w:val="548DD4" w:themeColor="text2" w:themeTint="99"/>
          <w:sz w:val="28"/>
          <w:szCs w:val="28"/>
        </w:rPr>
      </w:pPr>
      <w:r w:rsidRPr="008A0858">
        <w:rPr>
          <w:rFonts w:ascii="Aptos Display" w:hAnsi="Aptos Display"/>
          <w:b/>
          <w:bCs/>
          <w:color w:val="548DD4" w:themeColor="text2" w:themeTint="99"/>
          <w:sz w:val="28"/>
          <w:szCs w:val="28"/>
        </w:rPr>
        <w:lastRenderedPageBreak/>
        <w:t>WE BREAK ALL:</w:t>
      </w:r>
    </w:p>
    <w:p w14:paraId="7CBBBE11"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Curses that have been </w:t>
      </w:r>
      <w:proofErr w:type="gramStart"/>
      <w:r w:rsidRPr="008A0858">
        <w:rPr>
          <w:rFonts w:ascii="Aptos Display" w:hAnsi="Aptos Display"/>
          <w:sz w:val="24"/>
          <w:szCs w:val="24"/>
        </w:rPr>
        <w:t>placed, and</w:t>
      </w:r>
      <w:proofErr w:type="gramEnd"/>
      <w:r w:rsidRPr="008A0858">
        <w:rPr>
          <w:rFonts w:ascii="Aptos Display" w:hAnsi="Aptos Display"/>
          <w:sz w:val="24"/>
          <w:szCs w:val="24"/>
        </w:rPr>
        <w:t xml:space="preserve"> break the power of negative words and attitudes coming out of our mouths or the mouths of other people.</w:t>
      </w:r>
    </w:p>
    <w:p w14:paraId="497784F7"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In the name of Jesus, we cut off all generational curses and diseases, knowing that your mighty power is greater than anything </w:t>
      </w:r>
      <w:proofErr w:type="gramStart"/>
      <w:r w:rsidRPr="008A0858">
        <w:rPr>
          <w:rFonts w:ascii="Aptos Display" w:hAnsi="Aptos Display"/>
          <w:sz w:val="24"/>
          <w:szCs w:val="24"/>
        </w:rPr>
        <w:t>negative</w:t>
      </w:r>
      <w:proofErr w:type="gramEnd"/>
      <w:r w:rsidRPr="008A0858">
        <w:rPr>
          <w:rFonts w:ascii="Aptos Display" w:hAnsi="Aptos Display"/>
          <w:sz w:val="24"/>
          <w:szCs w:val="24"/>
        </w:rPr>
        <w:t xml:space="preserve"> which we may have been taught or experienced.</w:t>
      </w:r>
    </w:p>
    <w:p w14:paraId="0934DC10"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break and render useless all prayers not inspired by the Holy Spirit, whether psychic, soul force, witchcraft, counterfeit tongues or prayers out of ignorance that have been place against us.</w:t>
      </w:r>
    </w:p>
    <w:p w14:paraId="4BEB0D9B" w14:textId="77777777" w:rsidR="007A1245" w:rsidRPr="008A0858" w:rsidRDefault="008A0858">
      <w:pPr>
        <w:rPr>
          <w:rFonts w:ascii="Aptos Display" w:hAnsi="Aptos Display"/>
          <w:b/>
          <w:bCs/>
          <w:color w:val="548DD4" w:themeColor="text2" w:themeTint="99"/>
          <w:sz w:val="28"/>
          <w:szCs w:val="28"/>
        </w:rPr>
      </w:pPr>
      <w:r w:rsidRPr="008A0858">
        <w:rPr>
          <w:rFonts w:ascii="Aptos Display" w:hAnsi="Aptos Display"/>
          <w:b/>
          <w:bCs/>
          <w:color w:val="548DD4" w:themeColor="text2" w:themeTint="99"/>
          <w:sz w:val="28"/>
          <w:szCs w:val="28"/>
        </w:rPr>
        <w:t>DEVIL:</w:t>
      </w:r>
    </w:p>
    <w:p w14:paraId="1375CB34"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You must flee from us now in terror. You must flee from my family, our Father’s church and all those who call upon the name of Jesus.</w:t>
      </w:r>
    </w:p>
    <w:p w14:paraId="29013FD7"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No weapon, no evil, shall prosper against us. We are subject to </w:t>
      </w:r>
      <w:proofErr w:type="gramStart"/>
      <w:r w:rsidRPr="008A0858">
        <w:rPr>
          <w:rFonts w:ascii="Aptos Display" w:hAnsi="Aptos Display"/>
          <w:sz w:val="24"/>
          <w:szCs w:val="24"/>
        </w:rPr>
        <w:t>God</w:t>
      </w:r>
      <w:proofErr w:type="gramEnd"/>
      <w:r w:rsidRPr="008A0858">
        <w:rPr>
          <w:rFonts w:ascii="Aptos Display" w:hAnsi="Aptos Display"/>
          <w:sz w:val="24"/>
          <w:szCs w:val="24"/>
        </w:rPr>
        <w:t xml:space="preserve"> and we resist you, devil.</w:t>
      </w:r>
    </w:p>
    <w:p w14:paraId="2FFAEC8E"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We take authority over you, Satan, and </w:t>
      </w:r>
      <w:proofErr w:type="gramStart"/>
      <w:r w:rsidRPr="008A0858">
        <w:rPr>
          <w:rFonts w:ascii="Aptos Display" w:hAnsi="Aptos Display"/>
          <w:sz w:val="24"/>
          <w:szCs w:val="24"/>
        </w:rPr>
        <w:t>all of</w:t>
      </w:r>
      <w:proofErr w:type="gramEnd"/>
      <w:r w:rsidRPr="008A0858">
        <w:rPr>
          <w:rFonts w:ascii="Aptos Display" w:hAnsi="Aptos Display"/>
          <w:sz w:val="24"/>
          <w:szCs w:val="24"/>
        </w:rPr>
        <w:t xml:space="preserve"> your demons and those people influenced by you.</w:t>
      </w:r>
    </w:p>
    <w:p w14:paraId="4851C812" w14:textId="77777777" w:rsidR="007A1245" w:rsidRPr="008A0858" w:rsidRDefault="008A0858">
      <w:pPr>
        <w:rPr>
          <w:rFonts w:ascii="Aptos Display" w:hAnsi="Aptos Display"/>
          <w:sz w:val="24"/>
          <w:szCs w:val="24"/>
        </w:rPr>
      </w:pPr>
      <w:r w:rsidRPr="008A0858">
        <w:rPr>
          <w:rFonts w:ascii="Aptos Display" w:hAnsi="Aptos Display"/>
          <w:sz w:val="24"/>
          <w:szCs w:val="24"/>
        </w:rPr>
        <w:t>We are God’s property, so, Satan, get out of our lives, our bodies, our minds, our families, our homes, our jobs, our business dealings, our finances and everything that concerns us.</w:t>
      </w:r>
    </w:p>
    <w:p w14:paraId="04753522" w14:textId="77777777" w:rsidR="007A1245" w:rsidRPr="008A0858" w:rsidRDefault="008A0858">
      <w:pPr>
        <w:rPr>
          <w:rFonts w:ascii="Aptos Display" w:hAnsi="Aptos Display"/>
          <w:sz w:val="24"/>
          <w:szCs w:val="24"/>
        </w:rPr>
      </w:pPr>
      <w:r w:rsidRPr="008A0858">
        <w:rPr>
          <w:rFonts w:ascii="Aptos Display" w:hAnsi="Aptos Display"/>
          <w:sz w:val="24"/>
          <w:szCs w:val="24"/>
        </w:rPr>
        <w:t>We loose God’s will in our lives, His blessings of prosperity, deliverance, healing and salvation, in the mighty name of Jesus.</w:t>
      </w:r>
    </w:p>
    <w:p w14:paraId="1F83FD9F" w14:textId="77777777" w:rsidR="007A1245" w:rsidRPr="008A0858" w:rsidRDefault="008A0858">
      <w:pPr>
        <w:rPr>
          <w:rFonts w:ascii="Aptos Display" w:hAnsi="Aptos Display"/>
          <w:sz w:val="24"/>
          <w:szCs w:val="24"/>
        </w:rPr>
      </w:pPr>
      <w:r w:rsidRPr="008A0858">
        <w:rPr>
          <w:rFonts w:ascii="Aptos Display" w:hAnsi="Aptos Display"/>
          <w:sz w:val="24"/>
          <w:szCs w:val="24"/>
        </w:rPr>
        <w:t>Our steps are ordered of the Lord. The Holy Spirit leads us into all truth. We discern between righteousness and evil, the righteous and the wicked, between those who serve God and those who don’t.</w:t>
      </w:r>
    </w:p>
    <w:p w14:paraId="25A56CF1" w14:textId="77777777" w:rsidR="007A1245" w:rsidRPr="008A0858" w:rsidRDefault="008A0858">
      <w:pPr>
        <w:rPr>
          <w:rFonts w:ascii="Aptos Display" w:hAnsi="Aptos Display"/>
          <w:sz w:val="24"/>
          <w:szCs w:val="24"/>
        </w:rPr>
      </w:pPr>
      <w:r w:rsidRPr="008A0858">
        <w:rPr>
          <w:rFonts w:ascii="Aptos Display" w:hAnsi="Aptos Display"/>
          <w:sz w:val="24"/>
          <w:szCs w:val="24"/>
        </w:rPr>
        <w:t xml:space="preserve">We take authority over this day, in Jesus’ name, that it will be prosperous for our souls, our bodies, our spirits, our relationship with You, Father, and others, and our finances. We plead the blood of Jesus over every area of our lives. Let us walk in Your love and show forth Your glory. We thank You, Lord, for Your righteousness that You have imparted to those whom You have saved. We thank You, Lord, that we have a </w:t>
      </w:r>
      <w:proofErr w:type="gramStart"/>
      <w:r w:rsidRPr="008A0858">
        <w:rPr>
          <w:rFonts w:ascii="Aptos Display" w:hAnsi="Aptos Display"/>
          <w:sz w:val="24"/>
          <w:szCs w:val="24"/>
        </w:rPr>
        <w:t>God-kind</w:t>
      </w:r>
      <w:proofErr w:type="gramEnd"/>
      <w:r w:rsidRPr="008A0858">
        <w:rPr>
          <w:rFonts w:ascii="Aptos Display" w:hAnsi="Aptos Display"/>
          <w:sz w:val="24"/>
          <w:szCs w:val="24"/>
        </w:rPr>
        <w:t xml:space="preserve"> of faith—an ever increasing, limitless faith.</w:t>
      </w:r>
    </w:p>
    <w:p w14:paraId="56512B85" w14:textId="77777777" w:rsidR="007A1245" w:rsidRPr="008A0858" w:rsidRDefault="008A0858">
      <w:pPr>
        <w:rPr>
          <w:rFonts w:ascii="Aptos Display" w:hAnsi="Aptos Display"/>
          <w:sz w:val="24"/>
          <w:szCs w:val="24"/>
        </w:rPr>
      </w:pPr>
      <w:r w:rsidRPr="008A0858">
        <w:rPr>
          <w:rFonts w:ascii="Aptos Display" w:hAnsi="Aptos Display"/>
          <w:sz w:val="24"/>
          <w:szCs w:val="24"/>
        </w:rPr>
        <w:t>We pray for this ministry You have called us to be a part of, for any ministry You have called us to walk in, and all the God-given ministries upon this earth.</w:t>
      </w:r>
    </w:p>
    <w:p w14:paraId="02FF8295"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thank You for the financial support to do the work You have called each of us to do. Thank You for the financial support to do the work unhindered by lack.</w:t>
      </w:r>
    </w:p>
    <w:p w14:paraId="1F414BDF"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We thank you for help to assist in the work. For intercessors to </w:t>
      </w:r>
      <w:proofErr w:type="gramStart"/>
      <w:r w:rsidRPr="008A0858">
        <w:rPr>
          <w:rFonts w:ascii="Aptos Display" w:hAnsi="Aptos Display"/>
          <w:sz w:val="24"/>
          <w:szCs w:val="24"/>
        </w:rPr>
        <w:t>hold Your ministries up in prayer at all times</w:t>
      </w:r>
      <w:proofErr w:type="gramEnd"/>
      <w:r w:rsidRPr="008A0858">
        <w:rPr>
          <w:rFonts w:ascii="Aptos Display" w:hAnsi="Aptos Display"/>
          <w:sz w:val="24"/>
          <w:szCs w:val="24"/>
        </w:rPr>
        <w:t>.</w:t>
      </w:r>
    </w:p>
    <w:p w14:paraId="27087744"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pray that all involved are perfectly united in a common goal, understanding, opinions, and judgments.</w:t>
      </w:r>
    </w:p>
    <w:p w14:paraId="0AD4409A"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stand firm in a united spirit and purpose, working side by side, centering in on the Gospel work.</w:t>
      </w:r>
    </w:p>
    <w:p w14:paraId="0BBEFFB5"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lastRenderedPageBreak/>
        <w:t>We live in harmony and unity, sharing the same love.</w:t>
      </w:r>
    </w:p>
    <w:p w14:paraId="3964793A"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do nothing through strife or vain glory.</w:t>
      </w:r>
    </w:p>
    <w:p w14:paraId="5E8B81EE"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We </w:t>
      </w:r>
      <w:proofErr w:type="gramStart"/>
      <w:r w:rsidRPr="008A0858">
        <w:rPr>
          <w:rFonts w:ascii="Aptos Display" w:hAnsi="Aptos Display"/>
          <w:sz w:val="24"/>
          <w:szCs w:val="24"/>
        </w:rPr>
        <w:t>follow after</w:t>
      </w:r>
      <w:proofErr w:type="gramEnd"/>
      <w:r w:rsidRPr="008A0858">
        <w:rPr>
          <w:rFonts w:ascii="Aptos Display" w:hAnsi="Aptos Display"/>
          <w:sz w:val="24"/>
          <w:szCs w:val="24"/>
        </w:rPr>
        <w:t xml:space="preserve"> righteousness, godliness, faith, love, joy, peace, patience, meekness and long suffering.</w:t>
      </w:r>
    </w:p>
    <w:p w14:paraId="29047BD4" w14:textId="77777777" w:rsidR="007A1245" w:rsidRPr="008A0858" w:rsidRDefault="008A0858">
      <w:pPr>
        <w:rPr>
          <w:rFonts w:ascii="Aptos Display" w:hAnsi="Aptos Display"/>
          <w:b/>
          <w:bCs/>
          <w:color w:val="548DD4" w:themeColor="text2" w:themeTint="99"/>
          <w:sz w:val="28"/>
          <w:szCs w:val="28"/>
        </w:rPr>
      </w:pPr>
      <w:r w:rsidRPr="008A0858">
        <w:rPr>
          <w:rFonts w:ascii="Aptos Display" w:hAnsi="Aptos Display"/>
          <w:b/>
          <w:bCs/>
          <w:color w:val="548DD4" w:themeColor="text2" w:themeTint="99"/>
          <w:sz w:val="28"/>
          <w:szCs w:val="28"/>
        </w:rPr>
        <w:t>WE CONFESS AND ASK:</w:t>
      </w:r>
    </w:p>
    <w:p w14:paraId="2C0F2ADD"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are called, anointed and equipped to accomplish all You have called us to do.</w:t>
      </w:r>
    </w:p>
    <w:p w14:paraId="5CEC38A0"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We overcome by the blood of the </w:t>
      </w:r>
      <w:proofErr w:type="gramStart"/>
      <w:r w:rsidRPr="008A0858">
        <w:rPr>
          <w:rFonts w:ascii="Aptos Display" w:hAnsi="Aptos Display"/>
          <w:sz w:val="24"/>
          <w:szCs w:val="24"/>
        </w:rPr>
        <w:t>Lord</w:t>
      </w:r>
      <w:proofErr w:type="gramEnd"/>
      <w:r w:rsidRPr="008A0858">
        <w:rPr>
          <w:rFonts w:ascii="Aptos Display" w:hAnsi="Aptos Display"/>
          <w:sz w:val="24"/>
          <w:szCs w:val="24"/>
        </w:rPr>
        <w:t xml:space="preserve"> and we ask You, Lord, to dispatch ministering angels to their assigned tasks to protect and assist us, and everyone You have called into ministry, this day, according to Your will and their assignments by Your Word.</w:t>
      </w:r>
    </w:p>
    <w:p w14:paraId="6D4531E2"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rebuke any negative expectations.</w:t>
      </w:r>
    </w:p>
    <w:p w14:paraId="12978A30"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We receive Your </w:t>
      </w:r>
      <w:proofErr w:type="gramStart"/>
      <w:r w:rsidRPr="008A0858">
        <w:rPr>
          <w:rFonts w:ascii="Aptos Display" w:hAnsi="Aptos Display"/>
          <w:sz w:val="24"/>
          <w:szCs w:val="24"/>
        </w:rPr>
        <w:t>forgiveness</w:t>
      </w:r>
      <w:proofErr w:type="gramEnd"/>
      <w:r w:rsidRPr="008A0858">
        <w:rPr>
          <w:rFonts w:ascii="Aptos Display" w:hAnsi="Aptos Display"/>
          <w:sz w:val="24"/>
          <w:szCs w:val="24"/>
        </w:rPr>
        <w:t xml:space="preserve"> and we forgive all people.</w:t>
      </w:r>
    </w:p>
    <w:p w14:paraId="5A9D1A3E"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receive from You, Lord, for You are our provider.</w:t>
      </w:r>
    </w:p>
    <w:p w14:paraId="5804AF50"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 xml:space="preserve">We thank you for divine appointments with open doors of opportunity. We call forth God-ordained </w:t>
      </w:r>
      <w:r w:rsidRPr="008A0858">
        <w:rPr>
          <w:rFonts w:ascii="Aptos Display" w:hAnsi="Aptos Display"/>
          <w:sz w:val="24"/>
          <w:szCs w:val="24"/>
        </w:rPr>
        <w:t>increase in answers to our prayers, in multiplication of souls, ministry recruits and positions.</w:t>
      </w:r>
    </w:p>
    <w:p w14:paraId="46C67464"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declare all this to be so, in Jesus’ name for His Honor and Glory.</w:t>
      </w:r>
    </w:p>
    <w:p w14:paraId="466C027C"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May the Lord perfect all that concerns us.</w:t>
      </w:r>
    </w:p>
    <w:p w14:paraId="38A826F0" w14:textId="77777777" w:rsidR="007A1245" w:rsidRPr="008A0858" w:rsidRDefault="008A0858">
      <w:pPr>
        <w:pStyle w:val="ListNumber"/>
        <w:rPr>
          <w:rFonts w:ascii="Aptos Display" w:hAnsi="Aptos Display"/>
          <w:sz w:val="24"/>
          <w:szCs w:val="24"/>
        </w:rPr>
      </w:pPr>
      <w:r w:rsidRPr="008A0858">
        <w:rPr>
          <w:rFonts w:ascii="Aptos Display" w:hAnsi="Aptos Display"/>
          <w:sz w:val="24"/>
          <w:szCs w:val="24"/>
        </w:rPr>
        <w:t>We stand in the victory Jesus Christ has won for us.</w:t>
      </w:r>
    </w:p>
    <w:p w14:paraId="25EAA180" w14:textId="77777777" w:rsidR="007A1245" w:rsidRPr="008A0858" w:rsidRDefault="008A0858">
      <w:pPr>
        <w:rPr>
          <w:rFonts w:ascii="Aptos Display" w:hAnsi="Aptos Display"/>
          <w:b/>
          <w:bCs/>
          <w:sz w:val="24"/>
          <w:szCs w:val="24"/>
        </w:rPr>
      </w:pPr>
      <w:r w:rsidRPr="008A0858">
        <w:rPr>
          <w:rFonts w:ascii="Aptos Display" w:hAnsi="Aptos Display"/>
          <w:b/>
          <w:bCs/>
          <w:sz w:val="24"/>
          <w:szCs w:val="24"/>
        </w:rPr>
        <w:t>WE PUT ON THE FULL ARMOR OF GOD ACCORDING TO ESPH. 6:4-17. NO SPIRITS OF RETALIATION CAN COME AGAINST US, OUR FAMILIES, OUR POSSESSIONS, OR OUR INVESTMENTS. WHEN TROUBLE COMES, IT WILL NOT SEE US, NOR OUR FAMILIES, FOR WE ARE HIDDEN IN THE SHADOW OF GOD’S WINGS, COVERED WITH THE BLOOD OF THE LAMB. AMEN!!!</w:t>
      </w:r>
    </w:p>
    <w:sectPr w:rsidR="007A1245" w:rsidRPr="008A0858" w:rsidSect="008A085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34030424">
    <w:abstractNumId w:val="8"/>
  </w:num>
  <w:num w:numId="2" w16cid:durableId="189420301">
    <w:abstractNumId w:val="6"/>
  </w:num>
  <w:num w:numId="3" w16cid:durableId="582760189">
    <w:abstractNumId w:val="5"/>
  </w:num>
  <w:num w:numId="4" w16cid:durableId="955330454">
    <w:abstractNumId w:val="4"/>
  </w:num>
  <w:num w:numId="5" w16cid:durableId="987439989">
    <w:abstractNumId w:val="7"/>
  </w:num>
  <w:num w:numId="6" w16cid:durableId="500437656">
    <w:abstractNumId w:val="3"/>
  </w:num>
  <w:num w:numId="7" w16cid:durableId="1791587043">
    <w:abstractNumId w:val="2"/>
  </w:num>
  <w:num w:numId="8" w16cid:durableId="261036275">
    <w:abstractNumId w:val="1"/>
  </w:num>
  <w:num w:numId="9" w16cid:durableId="357002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7A1245"/>
    <w:rsid w:val="008A0858"/>
    <w:rsid w:val="00AA1D8D"/>
    <w:rsid w:val="00B47730"/>
    <w:rsid w:val="00CB0664"/>
    <w:rsid w:val="00FC58F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9B256E"/>
  <w14:defaultImageDpi w14:val="300"/>
  <w15:docId w15:val="{1769FB08-E4A9-4446-A5DC-E34428BC0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884</Words>
  <Characters>5041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Teresa Gibson</cp:lastModifiedBy>
  <cp:revision>2</cp:revision>
  <dcterms:created xsi:type="dcterms:W3CDTF">2025-06-23T03:52:00Z</dcterms:created>
  <dcterms:modified xsi:type="dcterms:W3CDTF">2025-06-23T03:52:00Z</dcterms:modified>
  <cp:category/>
</cp:coreProperties>
</file>