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049FD" w14:textId="77777777" w:rsidR="00161621" w:rsidRPr="00A51595" w:rsidRDefault="00A51595" w:rsidP="00A51595">
      <w:pPr>
        <w:pStyle w:val="Heading1"/>
        <w:jc w:val="center"/>
        <w:rPr>
          <w:sz w:val="44"/>
          <w:szCs w:val="44"/>
        </w:rPr>
      </w:pPr>
      <w:r w:rsidRPr="00A51595">
        <w:rPr>
          <w:sz w:val="44"/>
          <w:szCs w:val="44"/>
        </w:rPr>
        <w:t>37 Miracles of Jesus in Chronological Order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7"/>
        <w:gridCol w:w="1440"/>
        <w:gridCol w:w="1439"/>
        <w:gridCol w:w="1438"/>
        <w:gridCol w:w="1438"/>
        <w:gridCol w:w="1438"/>
      </w:tblGrid>
      <w:tr w:rsidR="00161621" w14:paraId="4BEB77B9" w14:textId="77777777">
        <w:tc>
          <w:tcPr>
            <w:tcW w:w="1440" w:type="dxa"/>
          </w:tcPr>
          <w:p w14:paraId="084314AE" w14:textId="77777777" w:rsidR="00161621" w:rsidRDefault="00A51595">
            <w:r>
              <w:t>#</w:t>
            </w:r>
          </w:p>
        </w:tc>
        <w:tc>
          <w:tcPr>
            <w:tcW w:w="1440" w:type="dxa"/>
          </w:tcPr>
          <w:p w14:paraId="107CF94E" w14:textId="77777777" w:rsidR="00161621" w:rsidRDefault="00A51595">
            <w:r>
              <w:t>Miracle</w:t>
            </w:r>
          </w:p>
        </w:tc>
        <w:tc>
          <w:tcPr>
            <w:tcW w:w="1440" w:type="dxa"/>
          </w:tcPr>
          <w:p w14:paraId="2574F19D" w14:textId="77777777" w:rsidR="00161621" w:rsidRDefault="00A51595">
            <w:r>
              <w:t>Matthew</w:t>
            </w:r>
          </w:p>
        </w:tc>
        <w:tc>
          <w:tcPr>
            <w:tcW w:w="1440" w:type="dxa"/>
          </w:tcPr>
          <w:p w14:paraId="1265EA6E" w14:textId="77777777" w:rsidR="00161621" w:rsidRDefault="00A51595">
            <w:r>
              <w:t>Mark</w:t>
            </w:r>
          </w:p>
        </w:tc>
        <w:tc>
          <w:tcPr>
            <w:tcW w:w="1440" w:type="dxa"/>
          </w:tcPr>
          <w:p w14:paraId="6ADF41FE" w14:textId="77777777" w:rsidR="00161621" w:rsidRDefault="00A51595">
            <w:r>
              <w:t>Luke</w:t>
            </w:r>
          </w:p>
        </w:tc>
        <w:tc>
          <w:tcPr>
            <w:tcW w:w="1440" w:type="dxa"/>
          </w:tcPr>
          <w:p w14:paraId="11F3AAC8" w14:textId="77777777" w:rsidR="00161621" w:rsidRDefault="00A51595">
            <w:r>
              <w:t>John</w:t>
            </w:r>
          </w:p>
        </w:tc>
      </w:tr>
      <w:tr w:rsidR="00161621" w14:paraId="46132A5A" w14:textId="77777777">
        <w:tc>
          <w:tcPr>
            <w:tcW w:w="1440" w:type="dxa"/>
          </w:tcPr>
          <w:p w14:paraId="235CCF79" w14:textId="77777777" w:rsidR="00161621" w:rsidRDefault="00A51595">
            <w:r>
              <w:t>1</w:t>
            </w:r>
          </w:p>
        </w:tc>
        <w:tc>
          <w:tcPr>
            <w:tcW w:w="1440" w:type="dxa"/>
          </w:tcPr>
          <w:p w14:paraId="3A901193" w14:textId="77777777" w:rsidR="00161621" w:rsidRDefault="00A51595">
            <w:r>
              <w:t>Jesus Turns Water into Wine at the Wedding in Cana</w:t>
            </w:r>
          </w:p>
        </w:tc>
        <w:tc>
          <w:tcPr>
            <w:tcW w:w="1440" w:type="dxa"/>
          </w:tcPr>
          <w:p w14:paraId="43FF0C38" w14:textId="77777777" w:rsidR="00161621" w:rsidRDefault="00161621"/>
        </w:tc>
        <w:tc>
          <w:tcPr>
            <w:tcW w:w="1440" w:type="dxa"/>
          </w:tcPr>
          <w:p w14:paraId="2A8495B0" w14:textId="77777777" w:rsidR="00161621" w:rsidRDefault="00161621"/>
        </w:tc>
        <w:tc>
          <w:tcPr>
            <w:tcW w:w="1440" w:type="dxa"/>
          </w:tcPr>
          <w:p w14:paraId="3B6F5682" w14:textId="77777777" w:rsidR="00161621" w:rsidRDefault="00161621"/>
        </w:tc>
        <w:tc>
          <w:tcPr>
            <w:tcW w:w="1440" w:type="dxa"/>
          </w:tcPr>
          <w:p w14:paraId="39567D56" w14:textId="77777777" w:rsidR="00161621" w:rsidRDefault="00A51595">
            <w:r>
              <w:t>2:1-11</w:t>
            </w:r>
          </w:p>
        </w:tc>
      </w:tr>
      <w:tr w:rsidR="00161621" w14:paraId="204048BF" w14:textId="77777777">
        <w:tc>
          <w:tcPr>
            <w:tcW w:w="1440" w:type="dxa"/>
          </w:tcPr>
          <w:p w14:paraId="684C9DED" w14:textId="77777777" w:rsidR="00161621" w:rsidRDefault="00A51595">
            <w:r>
              <w:t>2</w:t>
            </w:r>
          </w:p>
        </w:tc>
        <w:tc>
          <w:tcPr>
            <w:tcW w:w="1440" w:type="dxa"/>
          </w:tcPr>
          <w:p w14:paraId="5E538821" w14:textId="77777777" w:rsidR="00161621" w:rsidRDefault="00A51595">
            <w:r>
              <w:t>Jesus Heals an Official’s Son at Capernaum in Galilee</w:t>
            </w:r>
          </w:p>
        </w:tc>
        <w:tc>
          <w:tcPr>
            <w:tcW w:w="1440" w:type="dxa"/>
          </w:tcPr>
          <w:p w14:paraId="459A3D91" w14:textId="77777777" w:rsidR="00161621" w:rsidRDefault="00161621"/>
        </w:tc>
        <w:tc>
          <w:tcPr>
            <w:tcW w:w="1440" w:type="dxa"/>
          </w:tcPr>
          <w:p w14:paraId="4938CCE0" w14:textId="77777777" w:rsidR="00161621" w:rsidRDefault="00161621"/>
        </w:tc>
        <w:tc>
          <w:tcPr>
            <w:tcW w:w="1440" w:type="dxa"/>
          </w:tcPr>
          <w:p w14:paraId="2318881E" w14:textId="77777777" w:rsidR="00161621" w:rsidRDefault="00161621"/>
        </w:tc>
        <w:tc>
          <w:tcPr>
            <w:tcW w:w="1440" w:type="dxa"/>
          </w:tcPr>
          <w:p w14:paraId="7F2A9919" w14:textId="77777777" w:rsidR="00161621" w:rsidRDefault="00A51595">
            <w:r>
              <w:t>4:43-54</w:t>
            </w:r>
          </w:p>
        </w:tc>
      </w:tr>
      <w:tr w:rsidR="00161621" w14:paraId="02605865" w14:textId="77777777">
        <w:tc>
          <w:tcPr>
            <w:tcW w:w="1440" w:type="dxa"/>
          </w:tcPr>
          <w:p w14:paraId="5D339A2E" w14:textId="77777777" w:rsidR="00161621" w:rsidRDefault="00A51595">
            <w:r>
              <w:t>3</w:t>
            </w:r>
          </w:p>
        </w:tc>
        <w:tc>
          <w:tcPr>
            <w:tcW w:w="1440" w:type="dxa"/>
          </w:tcPr>
          <w:p w14:paraId="1FAECBE7" w14:textId="77777777" w:rsidR="00161621" w:rsidRDefault="00A51595">
            <w:r>
              <w:t xml:space="preserve">Jesus Drives Out an Evil Spirit From a </w:t>
            </w:r>
            <w:r>
              <w:t>Man in Capernaum</w:t>
            </w:r>
          </w:p>
        </w:tc>
        <w:tc>
          <w:tcPr>
            <w:tcW w:w="1440" w:type="dxa"/>
          </w:tcPr>
          <w:p w14:paraId="0FD113B2" w14:textId="77777777" w:rsidR="00161621" w:rsidRDefault="00A51595">
            <w:r>
              <w:t>8:14-15</w:t>
            </w:r>
          </w:p>
        </w:tc>
        <w:tc>
          <w:tcPr>
            <w:tcW w:w="1440" w:type="dxa"/>
          </w:tcPr>
          <w:p w14:paraId="62ED3EAC" w14:textId="77777777" w:rsidR="00161621" w:rsidRDefault="00A51595">
            <w:r>
              <w:t>1:21-27</w:t>
            </w:r>
          </w:p>
        </w:tc>
        <w:tc>
          <w:tcPr>
            <w:tcW w:w="1440" w:type="dxa"/>
          </w:tcPr>
          <w:p w14:paraId="428A305D" w14:textId="77777777" w:rsidR="00161621" w:rsidRDefault="00A51595">
            <w:r>
              <w:t>4:31-36</w:t>
            </w:r>
          </w:p>
        </w:tc>
        <w:tc>
          <w:tcPr>
            <w:tcW w:w="1440" w:type="dxa"/>
          </w:tcPr>
          <w:p w14:paraId="4A6E3E7F" w14:textId="77777777" w:rsidR="00161621" w:rsidRDefault="00161621"/>
        </w:tc>
      </w:tr>
      <w:tr w:rsidR="00161621" w14:paraId="25A1751F" w14:textId="77777777">
        <w:tc>
          <w:tcPr>
            <w:tcW w:w="1440" w:type="dxa"/>
          </w:tcPr>
          <w:p w14:paraId="452BCE64" w14:textId="77777777" w:rsidR="00161621" w:rsidRDefault="00A51595">
            <w:r>
              <w:t>4</w:t>
            </w:r>
          </w:p>
        </w:tc>
        <w:tc>
          <w:tcPr>
            <w:tcW w:w="1440" w:type="dxa"/>
          </w:tcPr>
          <w:p w14:paraId="3C99B8E8" w14:textId="77777777" w:rsidR="00161621" w:rsidRDefault="00A51595">
            <w:r>
              <w:t>Jesus Heals Peter’s Mother-in-Law Sick With Fever</w:t>
            </w:r>
          </w:p>
        </w:tc>
        <w:tc>
          <w:tcPr>
            <w:tcW w:w="1440" w:type="dxa"/>
          </w:tcPr>
          <w:p w14:paraId="7057804F" w14:textId="77777777" w:rsidR="00161621" w:rsidRDefault="00A51595">
            <w:r>
              <w:t>8:14-15</w:t>
            </w:r>
          </w:p>
        </w:tc>
        <w:tc>
          <w:tcPr>
            <w:tcW w:w="1440" w:type="dxa"/>
          </w:tcPr>
          <w:p w14:paraId="67E24358" w14:textId="77777777" w:rsidR="00161621" w:rsidRDefault="00A51595">
            <w:r>
              <w:t>1:29-31</w:t>
            </w:r>
          </w:p>
        </w:tc>
        <w:tc>
          <w:tcPr>
            <w:tcW w:w="1440" w:type="dxa"/>
          </w:tcPr>
          <w:p w14:paraId="6E3E6F7E" w14:textId="77777777" w:rsidR="00161621" w:rsidRDefault="00A51595">
            <w:r>
              <w:t>4:38-39</w:t>
            </w:r>
          </w:p>
        </w:tc>
        <w:tc>
          <w:tcPr>
            <w:tcW w:w="1440" w:type="dxa"/>
          </w:tcPr>
          <w:p w14:paraId="6C481D85" w14:textId="77777777" w:rsidR="00161621" w:rsidRDefault="00161621"/>
        </w:tc>
      </w:tr>
      <w:tr w:rsidR="00161621" w14:paraId="6CB028EE" w14:textId="77777777">
        <w:tc>
          <w:tcPr>
            <w:tcW w:w="1440" w:type="dxa"/>
          </w:tcPr>
          <w:p w14:paraId="3E16FF34" w14:textId="77777777" w:rsidR="00161621" w:rsidRDefault="00A51595">
            <w:r>
              <w:t>5</w:t>
            </w:r>
          </w:p>
        </w:tc>
        <w:tc>
          <w:tcPr>
            <w:tcW w:w="1440" w:type="dxa"/>
          </w:tcPr>
          <w:p w14:paraId="134938AC" w14:textId="77777777" w:rsidR="00161621" w:rsidRDefault="00A51595">
            <w:r>
              <w:t>Jesus Heals Many Sick and Oppressed at Evening</w:t>
            </w:r>
          </w:p>
        </w:tc>
        <w:tc>
          <w:tcPr>
            <w:tcW w:w="1440" w:type="dxa"/>
          </w:tcPr>
          <w:p w14:paraId="7B0FDC99" w14:textId="77777777" w:rsidR="00161621" w:rsidRDefault="00A51595">
            <w:r>
              <w:t>8:16-17</w:t>
            </w:r>
          </w:p>
        </w:tc>
        <w:tc>
          <w:tcPr>
            <w:tcW w:w="1440" w:type="dxa"/>
          </w:tcPr>
          <w:p w14:paraId="2A8EC9AD" w14:textId="77777777" w:rsidR="00161621" w:rsidRDefault="00A51595">
            <w:r>
              <w:t>1:32-34</w:t>
            </w:r>
          </w:p>
        </w:tc>
        <w:tc>
          <w:tcPr>
            <w:tcW w:w="1440" w:type="dxa"/>
          </w:tcPr>
          <w:p w14:paraId="42DBC17F" w14:textId="77777777" w:rsidR="00161621" w:rsidRDefault="00A51595">
            <w:r>
              <w:t>4:40-41</w:t>
            </w:r>
          </w:p>
        </w:tc>
        <w:tc>
          <w:tcPr>
            <w:tcW w:w="1440" w:type="dxa"/>
          </w:tcPr>
          <w:p w14:paraId="039B0234" w14:textId="77777777" w:rsidR="00161621" w:rsidRDefault="00161621"/>
        </w:tc>
      </w:tr>
      <w:tr w:rsidR="00161621" w14:paraId="02CB091C" w14:textId="77777777">
        <w:tc>
          <w:tcPr>
            <w:tcW w:w="1440" w:type="dxa"/>
          </w:tcPr>
          <w:p w14:paraId="3D1F1A76" w14:textId="77777777" w:rsidR="00161621" w:rsidRDefault="00A51595">
            <w:r>
              <w:t>6</w:t>
            </w:r>
          </w:p>
        </w:tc>
        <w:tc>
          <w:tcPr>
            <w:tcW w:w="1440" w:type="dxa"/>
          </w:tcPr>
          <w:p w14:paraId="6D46FF33" w14:textId="77777777" w:rsidR="00161621" w:rsidRDefault="00A51595">
            <w:r>
              <w:t xml:space="preserve">First Miraculous Catch of Fish on the Lake of </w:t>
            </w:r>
            <w:r>
              <w:t>Gennesaret</w:t>
            </w:r>
          </w:p>
        </w:tc>
        <w:tc>
          <w:tcPr>
            <w:tcW w:w="1440" w:type="dxa"/>
          </w:tcPr>
          <w:p w14:paraId="57B93BAA" w14:textId="77777777" w:rsidR="00161621" w:rsidRDefault="00161621"/>
        </w:tc>
        <w:tc>
          <w:tcPr>
            <w:tcW w:w="1440" w:type="dxa"/>
          </w:tcPr>
          <w:p w14:paraId="7832D793" w14:textId="77777777" w:rsidR="00161621" w:rsidRDefault="00161621"/>
        </w:tc>
        <w:tc>
          <w:tcPr>
            <w:tcW w:w="1440" w:type="dxa"/>
          </w:tcPr>
          <w:p w14:paraId="5185150B" w14:textId="77777777" w:rsidR="00161621" w:rsidRDefault="00A51595">
            <w:r>
              <w:t>5:1-11</w:t>
            </w:r>
          </w:p>
        </w:tc>
        <w:tc>
          <w:tcPr>
            <w:tcW w:w="1440" w:type="dxa"/>
          </w:tcPr>
          <w:p w14:paraId="79851D89" w14:textId="77777777" w:rsidR="00161621" w:rsidRDefault="00161621"/>
        </w:tc>
      </w:tr>
      <w:tr w:rsidR="00161621" w14:paraId="3BF34292" w14:textId="77777777">
        <w:tc>
          <w:tcPr>
            <w:tcW w:w="1440" w:type="dxa"/>
          </w:tcPr>
          <w:p w14:paraId="42291FDC" w14:textId="77777777" w:rsidR="00161621" w:rsidRDefault="00A51595">
            <w:r>
              <w:t>7</w:t>
            </w:r>
          </w:p>
        </w:tc>
        <w:tc>
          <w:tcPr>
            <w:tcW w:w="1440" w:type="dxa"/>
          </w:tcPr>
          <w:p w14:paraId="3EB8069A" w14:textId="77777777" w:rsidR="00161621" w:rsidRDefault="00A51595">
            <w:r>
              <w:t>Jesus Cleanses a Man With Leprosy</w:t>
            </w:r>
          </w:p>
        </w:tc>
        <w:tc>
          <w:tcPr>
            <w:tcW w:w="1440" w:type="dxa"/>
          </w:tcPr>
          <w:p w14:paraId="34E21DF5" w14:textId="77777777" w:rsidR="00161621" w:rsidRDefault="00A51595">
            <w:r>
              <w:t>8:1-4</w:t>
            </w:r>
          </w:p>
        </w:tc>
        <w:tc>
          <w:tcPr>
            <w:tcW w:w="1440" w:type="dxa"/>
          </w:tcPr>
          <w:p w14:paraId="61A41BF0" w14:textId="77777777" w:rsidR="00161621" w:rsidRDefault="00A51595">
            <w:r>
              <w:t>1:40-45</w:t>
            </w:r>
          </w:p>
        </w:tc>
        <w:tc>
          <w:tcPr>
            <w:tcW w:w="1440" w:type="dxa"/>
          </w:tcPr>
          <w:p w14:paraId="6FD0C184" w14:textId="77777777" w:rsidR="00161621" w:rsidRDefault="00A51595">
            <w:r>
              <w:t>5:12-14</w:t>
            </w:r>
          </w:p>
        </w:tc>
        <w:tc>
          <w:tcPr>
            <w:tcW w:w="1440" w:type="dxa"/>
          </w:tcPr>
          <w:p w14:paraId="369CE468" w14:textId="77777777" w:rsidR="00161621" w:rsidRDefault="00161621"/>
        </w:tc>
      </w:tr>
      <w:tr w:rsidR="00161621" w14:paraId="09082CE6" w14:textId="77777777">
        <w:tc>
          <w:tcPr>
            <w:tcW w:w="1440" w:type="dxa"/>
          </w:tcPr>
          <w:p w14:paraId="7E4DBE3E" w14:textId="77777777" w:rsidR="00161621" w:rsidRDefault="00A51595">
            <w:r>
              <w:t>8</w:t>
            </w:r>
          </w:p>
        </w:tc>
        <w:tc>
          <w:tcPr>
            <w:tcW w:w="1440" w:type="dxa"/>
          </w:tcPr>
          <w:p w14:paraId="07883D40" w14:textId="77777777" w:rsidR="00161621" w:rsidRDefault="00A51595">
            <w:r>
              <w:t>Jesus Heals a Centurion’s Paralyzed Servant in Capernaum</w:t>
            </w:r>
          </w:p>
        </w:tc>
        <w:tc>
          <w:tcPr>
            <w:tcW w:w="1440" w:type="dxa"/>
          </w:tcPr>
          <w:p w14:paraId="10A262F2" w14:textId="77777777" w:rsidR="00161621" w:rsidRDefault="00A51595">
            <w:r>
              <w:t>8:5-13</w:t>
            </w:r>
          </w:p>
        </w:tc>
        <w:tc>
          <w:tcPr>
            <w:tcW w:w="1440" w:type="dxa"/>
          </w:tcPr>
          <w:p w14:paraId="40BA9536" w14:textId="77777777" w:rsidR="00161621" w:rsidRDefault="00161621"/>
        </w:tc>
        <w:tc>
          <w:tcPr>
            <w:tcW w:w="1440" w:type="dxa"/>
          </w:tcPr>
          <w:p w14:paraId="50FB1467" w14:textId="77777777" w:rsidR="00161621" w:rsidRDefault="00A51595">
            <w:r>
              <w:t>7:1-10</w:t>
            </w:r>
          </w:p>
        </w:tc>
        <w:tc>
          <w:tcPr>
            <w:tcW w:w="1440" w:type="dxa"/>
          </w:tcPr>
          <w:p w14:paraId="4B4AA0D0" w14:textId="77777777" w:rsidR="00161621" w:rsidRDefault="00161621"/>
        </w:tc>
      </w:tr>
      <w:tr w:rsidR="00161621" w14:paraId="1FC5942B" w14:textId="77777777">
        <w:tc>
          <w:tcPr>
            <w:tcW w:w="1440" w:type="dxa"/>
          </w:tcPr>
          <w:p w14:paraId="19AF2529" w14:textId="77777777" w:rsidR="00161621" w:rsidRDefault="00A51595">
            <w:r>
              <w:t>9</w:t>
            </w:r>
          </w:p>
        </w:tc>
        <w:tc>
          <w:tcPr>
            <w:tcW w:w="1440" w:type="dxa"/>
          </w:tcPr>
          <w:p w14:paraId="35338614" w14:textId="77777777" w:rsidR="00161621" w:rsidRDefault="00A51595">
            <w:r>
              <w:t xml:space="preserve">Jesus Heals a Paralytic Who Was Let Down </w:t>
            </w:r>
            <w:proofErr w:type="gramStart"/>
            <w:r>
              <w:t>From</w:t>
            </w:r>
            <w:proofErr w:type="gramEnd"/>
            <w:r>
              <w:t xml:space="preserve"> the Roof</w:t>
            </w:r>
          </w:p>
          <w:p w14:paraId="6F3152CF" w14:textId="77777777" w:rsidR="00A51595" w:rsidRDefault="00A51595"/>
        </w:tc>
        <w:tc>
          <w:tcPr>
            <w:tcW w:w="1440" w:type="dxa"/>
          </w:tcPr>
          <w:p w14:paraId="5242C2E3" w14:textId="77777777" w:rsidR="00161621" w:rsidRDefault="00A51595">
            <w:r>
              <w:t>9:1-8</w:t>
            </w:r>
          </w:p>
        </w:tc>
        <w:tc>
          <w:tcPr>
            <w:tcW w:w="1440" w:type="dxa"/>
          </w:tcPr>
          <w:p w14:paraId="663B69AF" w14:textId="77777777" w:rsidR="00161621" w:rsidRDefault="00A51595">
            <w:r>
              <w:t>2:1-12</w:t>
            </w:r>
          </w:p>
        </w:tc>
        <w:tc>
          <w:tcPr>
            <w:tcW w:w="1440" w:type="dxa"/>
          </w:tcPr>
          <w:p w14:paraId="05CBF220" w14:textId="77777777" w:rsidR="00161621" w:rsidRDefault="00A51595">
            <w:r>
              <w:t>5:17-26</w:t>
            </w:r>
          </w:p>
          <w:p w14:paraId="10525C02" w14:textId="77777777" w:rsidR="00A51595" w:rsidRDefault="00A51595"/>
        </w:tc>
        <w:tc>
          <w:tcPr>
            <w:tcW w:w="1440" w:type="dxa"/>
          </w:tcPr>
          <w:p w14:paraId="42A06EC0" w14:textId="77777777" w:rsidR="00161621" w:rsidRDefault="00161621"/>
        </w:tc>
      </w:tr>
      <w:tr w:rsidR="00161621" w14:paraId="4073B8C6" w14:textId="77777777">
        <w:tc>
          <w:tcPr>
            <w:tcW w:w="1440" w:type="dxa"/>
          </w:tcPr>
          <w:p w14:paraId="79D1F5FB" w14:textId="77777777" w:rsidR="00161621" w:rsidRDefault="00A51595">
            <w:r>
              <w:lastRenderedPageBreak/>
              <w:t>10</w:t>
            </w:r>
          </w:p>
        </w:tc>
        <w:tc>
          <w:tcPr>
            <w:tcW w:w="1440" w:type="dxa"/>
          </w:tcPr>
          <w:p w14:paraId="06D69F83" w14:textId="77777777" w:rsidR="00161621" w:rsidRDefault="00A51595">
            <w:r>
              <w:t xml:space="preserve">Jesus </w:t>
            </w:r>
            <w:r>
              <w:t>Heals a Man’s Withered Hand on the Sabbath</w:t>
            </w:r>
          </w:p>
        </w:tc>
        <w:tc>
          <w:tcPr>
            <w:tcW w:w="1440" w:type="dxa"/>
          </w:tcPr>
          <w:p w14:paraId="72B22BD8" w14:textId="77777777" w:rsidR="00161621" w:rsidRDefault="00A51595">
            <w:r>
              <w:t>12:9-14</w:t>
            </w:r>
          </w:p>
        </w:tc>
        <w:tc>
          <w:tcPr>
            <w:tcW w:w="1440" w:type="dxa"/>
          </w:tcPr>
          <w:p w14:paraId="3848F3B5" w14:textId="77777777" w:rsidR="00161621" w:rsidRDefault="00A51595">
            <w:r>
              <w:t>3:1-6</w:t>
            </w:r>
          </w:p>
        </w:tc>
        <w:tc>
          <w:tcPr>
            <w:tcW w:w="1440" w:type="dxa"/>
          </w:tcPr>
          <w:p w14:paraId="61BA3281" w14:textId="77777777" w:rsidR="00161621" w:rsidRDefault="00A51595">
            <w:r>
              <w:t>6:6-11</w:t>
            </w:r>
          </w:p>
        </w:tc>
        <w:tc>
          <w:tcPr>
            <w:tcW w:w="1440" w:type="dxa"/>
          </w:tcPr>
          <w:p w14:paraId="3F307134" w14:textId="77777777" w:rsidR="00161621" w:rsidRDefault="00161621"/>
        </w:tc>
      </w:tr>
      <w:tr w:rsidR="00161621" w14:paraId="25CE5F69" w14:textId="77777777">
        <w:tc>
          <w:tcPr>
            <w:tcW w:w="1440" w:type="dxa"/>
          </w:tcPr>
          <w:p w14:paraId="32845873" w14:textId="77777777" w:rsidR="00161621" w:rsidRDefault="00A51595">
            <w:r>
              <w:t>11</w:t>
            </w:r>
          </w:p>
        </w:tc>
        <w:tc>
          <w:tcPr>
            <w:tcW w:w="1440" w:type="dxa"/>
          </w:tcPr>
          <w:p w14:paraId="1A42096C" w14:textId="77777777" w:rsidR="00161621" w:rsidRDefault="00A51595">
            <w:r>
              <w:t>Jesus Raises a Widow’s Son From the Dead in Nain</w:t>
            </w:r>
          </w:p>
        </w:tc>
        <w:tc>
          <w:tcPr>
            <w:tcW w:w="1440" w:type="dxa"/>
          </w:tcPr>
          <w:p w14:paraId="72703F4F" w14:textId="77777777" w:rsidR="00161621" w:rsidRDefault="00161621"/>
        </w:tc>
        <w:tc>
          <w:tcPr>
            <w:tcW w:w="1440" w:type="dxa"/>
          </w:tcPr>
          <w:p w14:paraId="5739BA0D" w14:textId="77777777" w:rsidR="00161621" w:rsidRDefault="00161621"/>
        </w:tc>
        <w:tc>
          <w:tcPr>
            <w:tcW w:w="1440" w:type="dxa"/>
          </w:tcPr>
          <w:p w14:paraId="5CA36468" w14:textId="77777777" w:rsidR="00161621" w:rsidRDefault="00A51595">
            <w:r>
              <w:t>7:11-17</w:t>
            </w:r>
          </w:p>
        </w:tc>
        <w:tc>
          <w:tcPr>
            <w:tcW w:w="1440" w:type="dxa"/>
          </w:tcPr>
          <w:p w14:paraId="034FC1E7" w14:textId="77777777" w:rsidR="00161621" w:rsidRDefault="00161621"/>
        </w:tc>
      </w:tr>
      <w:tr w:rsidR="00161621" w14:paraId="394602A5" w14:textId="77777777">
        <w:tc>
          <w:tcPr>
            <w:tcW w:w="1440" w:type="dxa"/>
          </w:tcPr>
          <w:p w14:paraId="792F043A" w14:textId="77777777" w:rsidR="00161621" w:rsidRDefault="00A51595">
            <w:r>
              <w:t>12</w:t>
            </w:r>
          </w:p>
        </w:tc>
        <w:tc>
          <w:tcPr>
            <w:tcW w:w="1440" w:type="dxa"/>
          </w:tcPr>
          <w:p w14:paraId="1BC2280C" w14:textId="77777777" w:rsidR="00161621" w:rsidRDefault="00A51595">
            <w:r>
              <w:t>Jesus Calms a Storm on the Sea</w:t>
            </w:r>
          </w:p>
        </w:tc>
        <w:tc>
          <w:tcPr>
            <w:tcW w:w="1440" w:type="dxa"/>
          </w:tcPr>
          <w:p w14:paraId="02871B52" w14:textId="77777777" w:rsidR="00161621" w:rsidRDefault="00A51595">
            <w:r>
              <w:t>8:23-27</w:t>
            </w:r>
          </w:p>
        </w:tc>
        <w:tc>
          <w:tcPr>
            <w:tcW w:w="1440" w:type="dxa"/>
          </w:tcPr>
          <w:p w14:paraId="142FCCCB" w14:textId="77777777" w:rsidR="00161621" w:rsidRDefault="00A51595">
            <w:r>
              <w:t>4:35-41</w:t>
            </w:r>
          </w:p>
        </w:tc>
        <w:tc>
          <w:tcPr>
            <w:tcW w:w="1440" w:type="dxa"/>
          </w:tcPr>
          <w:p w14:paraId="08D03D7A" w14:textId="77777777" w:rsidR="00161621" w:rsidRDefault="00A51595">
            <w:r>
              <w:t>8:22-25</w:t>
            </w:r>
          </w:p>
        </w:tc>
        <w:tc>
          <w:tcPr>
            <w:tcW w:w="1440" w:type="dxa"/>
          </w:tcPr>
          <w:p w14:paraId="37D31E81" w14:textId="77777777" w:rsidR="00161621" w:rsidRDefault="00161621"/>
        </w:tc>
      </w:tr>
      <w:tr w:rsidR="00161621" w14:paraId="3151A1B4" w14:textId="77777777">
        <w:tc>
          <w:tcPr>
            <w:tcW w:w="1440" w:type="dxa"/>
          </w:tcPr>
          <w:p w14:paraId="4DE04E3B" w14:textId="77777777" w:rsidR="00161621" w:rsidRDefault="00A51595">
            <w:r>
              <w:t>13</w:t>
            </w:r>
          </w:p>
        </w:tc>
        <w:tc>
          <w:tcPr>
            <w:tcW w:w="1440" w:type="dxa"/>
          </w:tcPr>
          <w:p w14:paraId="3126028E" w14:textId="77777777" w:rsidR="00161621" w:rsidRDefault="00A51595">
            <w:r>
              <w:t>Jesus Casts Demons into a Herd of Pigs</w:t>
            </w:r>
          </w:p>
        </w:tc>
        <w:tc>
          <w:tcPr>
            <w:tcW w:w="1440" w:type="dxa"/>
          </w:tcPr>
          <w:p w14:paraId="1A3CC240" w14:textId="77777777" w:rsidR="00161621" w:rsidRDefault="00A51595">
            <w:r>
              <w:t>8:28-33</w:t>
            </w:r>
          </w:p>
        </w:tc>
        <w:tc>
          <w:tcPr>
            <w:tcW w:w="1440" w:type="dxa"/>
          </w:tcPr>
          <w:p w14:paraId="27F4E1BA" w14:textId="77777777" w:rsidR="00161621" w:rsidRDefault="00A51595">
            <w:r>
              <w:t>5:1-20</w:t>
            </w:r>
          </w:p>
        </w:tc>
        <w:tc>
          <w:tcPr>
            <w:tcW w:w="1440" w:type="dxa"/>
          </w:tcPr>
          <w:p w14:paraId="78845331" w14:textId="77777777" w:rsidR="00161621" w:rsidRDefault="00A51595">
            <w:r>
              <w:t>8:26-39</w:t>
            </w:r>
          </w:p>
        </w:tc>
        <w:tc>
          <w:tcPr>
            <w:tcW w:w="1440" w:type="dxa"/>
          </w:tcPr>
          <w:p w14:paraId="0778689A" w14:textId="77777777" w:rsidR="00161621" w:rsidRDefault="00161621"/>
        </w:tc>
      </w:tr>
      <w:tr w:rsidR="00161621" w14:paraId="0C1A8066" w14:textId="77777777">
        <w:tc>
          <w:tcPr>
            <w:tcW w:w="1440" w:type="dxa"/>
          </w:tcPr>
          <w:p w14:paraId="23B5545A" w14:textId="77777777" w:rsidR="00161621" w:rsidRDefault="00A51595">
            <w:r>
              <w:t>14</w:t>
            </w:r>
          </w:p>
        </w:tc>
        <w:tc>
          <w:tcPr>
            <w:tcW w:w="1440" w:type="dxa"/>
          </w:tcPr>
          <w:p w14:paraId="7E71D1FD" w14:textId="77777777" w:rsidR="00161621" w:rsidRDefault="00A51595">
            <w:r>
              <w:t>Jesus Heals a Woman in the Crowd With an Issue of Blood</w:t>
            </w:r>
          </w:p>
        </w:tc>
        <w:tc>
          <w:tcPr>
            <w:tcW w:w="1440" w:type="dxa"/>
          </w:tcPr>
          <w:p w14:paraId="6F91DA2F" w14:textId="77777777" w:rsidR="00161621" w:rsidRDefault="00A51595">
            <w:r>
              <w:t>9:20-22</w:t>
            </w:r>
          </w:p>
        </w:tc>
        <w:tc>
          <w:tcPr>
            <w:tcW w:w="1440" w:type="dxa"/>
          </w:tcPr>
          <w:p w14:paraId="496C1FE8" w14:textId="77777777" w:rsidR="00161621" w:rsidRDefault="00A51595">
            <w:r>
              <w:t>5:25-34</w:t>
            </w:r>
          </w:p>
        </w:tc>
        <w:tc>
          <w:tcPr>
            <w:tcW w:w="1440" w:type="dxa"/>
          </w:tcPr>
          <w:p w14:paraId="5410D13C" w14:textId="77777777" w:rsidR="00161621" w:rsidRDefault="00A51595">
            <w:r>
              <w:t>8:42-48</w:t>
            </w:r>
          </w:p>
        </w:tc>
        <w:tc>
          <w:tcPr>
            <w:tcW w:w="1440" w:type="dxa"/>
          </w:tcPr>
          <w:p w14:paraId="2437CF5A" w14:textId="77777777" w:rsidR="00161621" w:rsidRDefault="00161621"/>
        </w:tc>
      </w:tr>
      <w:tr w:rsidR="00161621" w14:paraId="7F372B64" w14:textId="77777777">
        <w:tc>
          <w:tcPr>
            <w:tcW w:w="1440" w:type="dxa"/>
          </w:tcPr>
          <w:p w14:paraId="6FBC6E37" w14:textId="77777777" w:rsidR="00161621" w:rsidRDefault="00A51595">
            <w:r>
              <w:t>15</w:t>
            </w:r>
          </w:p>
        </w:tc>
        <w:tc>
          <w:tcPr>
            <w:tcW w:w="1440" w:type="dxa"/>
          </w:tcPr>
          <w:p w14:paraId="2ADD37C8" w14:textId="77777777" w:rsidR="00161621" w:rsidRDefault="00A51595">
            <w:r>
              <w:t>Jesus Raises Jairus’ Daughter Back to Life</w:t>
            </w:r>
          </w:p>
        </w:tc>
        <w:tc>
          <w:tcPr>
            <w:tcW w:w="1440" w:type="dxa"/>
          </w:tcPr>
          <w:p w14:paraId="03B1BA9E" w14:textId="77777777" w:rsidR="00161621" w:rsidRDefault="00A51595">
            <w:r>
              <w:t>9:18</w:t>
            </w:r>
          </w:p>
        </w:tc>
        <w:tc>
          <w:tcPr>
            <w:tcW w:w="1440" w:type="dxa"/>
          </w:tcPr>
          <w:p w14:paraId="5450F366" w14:textId="77777777" w:rsidR="00161621" w:rsidRDefault="00A51595">
            <w:r>
              <w:t>5:21-24, 35-43</w:t>
            </w:r>
          </w:p>
        </w:tc>
        <w:tc>
          <w:tcPr>
            <w:tcW w:w="1440" w:type="dxa"/>
          </w:tcPr>
          <w:p w14:paraId="40966C24" w14:textId="77777777" w:rsidR="00161621" w:rsidRDefault="00A51595">
            <w:r>
              <w:t>8:40-42, 49-56</w:t>
            </w:r>
          </w:p>
        </w:tc>
        <w:tc>
          <w:tcPr>
            <w:tcW w:w="1440" w:type="dxa"/>
          </w:tcPr>
          <w:p w14:paraId="65BF83FB" w14:textId="77777777" w:rsidR="00161621" w:rsidRDefault="00161621"/>
        </w:tc>
      </w:tr>
      <w:tr w:rsidR="00161621" w14:paraId="351C8BB0" w14:textId="77777777">
        <w:tc>
          <w:tcPr>
            <w:tcW w:w="1440" w:type="dxa"/>
          </w:tcPr>
          <w:p w14:paraId="02889B29" w14:textId="77777777" w:rsidR="00161621" w:rsidRDefault="00A51595">
            <w:r>
              <w:t>16</w:t>
            </w:r>
          </w:p>
        </w:tc>
        <w:tc>
          <w:tcPr>
            <w:tcW w:w="1440" w:type="dxa"/>
          </w:tcPr>
          <w:p w14:paraId="4DB522E0" w14:textId="77777777" w:rsidR="00161621" w:rsidRDefault="00A51595">
            <w:r>
              <w:t>Jesus Heals Two Blind Men</w:t>
            </w:r>
          </w:p>
        </w:tc>
        <w:tc>
          <w:tcPr>
            <w:tcW w:w="1440" w:type="dxa"/>
          </w:tcPr>
          <w:p w14:paraId="3907C0F2" w14:textId="77777777" w:rsidR="00161621" w:rsidRDefault="00A51595">
            <w:r>
              <w:t>9:27-31</w:t>
            </w:r>
          </w:p>
        </w:tc>
        <w:tc>
          <w:tcPr>
            <w:tcW w:w="1440" w:type="dxa"/>
          </w:tcPr>
          <w:p w14:paraId="7981DF06" w14:textId="77777777" w:rsidR="00161621" w:rsidRDefault="00161621"/>
        </w:tc>
        <w:tc>
          <w:tcPr>
            <w:tcW w:w="1440" w:type="dxa"/>
          </w:tcPr>
          <w:p w14:paraId="0655E497" w14:textId="77777777" w:rsidR="00161621" w:rsidRDefault="00161621"/>
        </w:tc>
        <w:tc>
          <w:tcPr>
            <w:tcW w:w="1440" w:type="dxa"/>
          </w:tcPr>
          <w:p w14:paraId="282F2EA1" w14:textId="77777777" w:rsidR="00161621" w:rsidRDefault="00161621"/>
        </w:tc>
      </w:tr>
      <w:tr w:rsidR="00161621" w14:paraId="4CC620D8" w14:textId="77777777">
        <w:tc>
          <w:tcPr>
            <w:tcW w:w="1440" w:type="dxa"/>
          </w:tcPr>
          <w:p w14:paraId="2327B76E" w14:textId="77777777" w:rsidR="00161621" w:rsidRDefault="00A51595">
            <w:r>
              <w:t>17</w:t>
            </w:r>
          </w:p>
        </w:tc>
        <w:tc>
          <w:tcPr>
            <w:tcW w:w="1440" w:type="dxa"/>
          </w:tcPr>
          <w:p w14:paraId="45B4BE4B" w14:textId="77777777" w:rsidR="00161621" w:rsidRDefault="00A51595">
            <w:r>
              <w:t xml:space="preserve">Jesus Heals a Man Who Was </w:t>
            </w:r>
            <w:r>
              <w:t>Unable to Speak</w:t>
            </w:r>
          </w:p>
        </w:tc>
        <w:tc>
          <w:tcPr>
            <w:tcW w:w="1440" w:type="dxa"/>
          </w:tcPr>
          <w:p w14:paraId="41F51A17" w14:textId="77777777" w:rsidR="00161621" w:rsidRDefault="00A51595">
            <w:r>
              <w:t>9:32-34</w:t>
            </w:r>
          </w:p>
        </w:tc>
        <w:tc>
          <w:tcPr>
            <w:tcW w:w="1440" w:type="dxa"/>
          </w:tcPr>
          <w:p w14:paraId="72F6ABD6" w14:textId="77777777" w:rsidR="00161621" w:rsidRDefault="00161621"/>
        </w:tc>
        <w:tc>
          <w:tcPr>
            <w:tcW w:w="1440" w:type="dxa"/>
          </w:tcPr>
          <w:p w14:paraId="7C2B1584" w14:textId="77777777" w:rsidR="00161621" w:rsidRDefault="00161621"/>
        </w:tc>
        <w:tc>
          <w:tcPr>
            <w:tcW w:w="1440" w:type="dxa"/>
          </w:tcPr>
          <w:p w14:paraId="1BE574FF" w14:textId="77777777" w:rsidR="00161621" w:rsidRDefault="00161621"/>
        </w:tc>
      </w:tr>
      <w:tr w:rsidR="00161621" w14:paraId="45593310" w14:textId="77777777">
        <w:tc>
          <w:tcPr>
            <w:tcW w:w="1440" w:type="dxa"/>
          </w:tcPr>
          <w:p w14:paraId="67E6DFE0" w14:textId="77777777" w:rsidR="00161621" w:rsidRDefault="00A51595">
            <w:r>
              <w:t>18</w:t>
            </w:r>
          </w:p>
        </w:tc>
        <w:tc>
          <w:tcPr>
            <w:tcW w:w="1440" w:type="dxa"/>
          </w:tcPr>
          <w:p w14:paraId="1F277350" w14:textId="77777777" w:rsidR="00161621" w:rsidRDefault="00A51595">
            <w:r>
              <w:t>Jesus Heals an Invalid at Bethesda</w:t>
            </w:r>
          </w:p>
        </w:tc>
        <w:tc>
          <w:tcPr>
            <w:tcW w:w="1440" w:type="dxa"/>
          </w:tcPr>
          <w:p w14:paraId="477F7CDC" w14:textId="77777777" w:rsidR="00161621" w:rsidRDefault="00161621"/>
        </w:tc>
        <w:tc>
          <w:tcPr>
            <w:tcW w:w="1440" w:type="dxa"/>
          </w:tcPr>
          <w:p w14:paraId="00E5D1A0" w14:textId="77777777" w:rsidR="00161621" w:rsidRDefault="00161621"/>
        </w:tc>
        <w:tc>
          <w:tcPr>
            <w:tcW w:w="1440" w:type="dxa"/>
          </w:tcPr>
          <w:p w14:paraId="0BA7A877" w14:textId="77777777" w:rsidR="00161621" w:rsidRDefault="00161621"/>
        </w:tc>
        <w:tc>
          <w:tcPr>
            <w:tcW w:w="1440" w:type="dxa"/>
          </w:tcPr>
          <w:p w14:paraId="39F69FB2" w14:textId="77777777" w:rsidR="00161621" w:rsidRDefault="00A51595">
            <w:r>
              <w:t>5:1-15</w:t>
            </w:r>
          </w:p>
        </w:tc>
      </w:tr>
      <w:tr w:rsidR="00161621" w14:paraId="3310D571" w14:textId="77777777">
        <w:tc>
          <w:tcPr>
            <w:tcW w:w="1440" w:type="dxa"/>
          </w:tcPr>
          <w:p w14:paraId="0A08C23C" w14:textId="77777777" w:rsidR="00161621" w:rsidRDefault="00A51595">
            <w:r>
              <w:t>19</w:t>
            </w:r>
          </w:p>
        </w:tc>
        <w:tc>
          <w:tcPr>
            <w:tcW w:w="1440" w:type="dxa"/>
          </w:tcPr>
          <w:p w14:paraId="0D102DF9" w14:textId="77777777" w:rsidR="00161621" w:rsidRDefault="00A51595">
            <w:r>
              <w:t>Jesus Feeds 5,000 Plus Women and Children</w:t>
            </w:r>
          </w:p>
        </w:tc>
        <w:tc>
          <w:tcPr>
            <w:tcW w:w="1440" w:type="dxa"/>
          </w:tcPr>
          <w:p w14:paraId="40C06972" w14:textId="77777777" w:rsidR="00161621" w:rsidRDefault="00A51595">
            <w:r>
              <w:t>14:13-21</w:t>
            </w:r>
          </w:p>
        </w:tc>
        <w:tc>
          <w:tcPr>
            <w:tcW w:w="1440" w:type="dxa"/>
          </w:tcPr>
          <w:p w14:paraId="309A18E6" w14:textId="77777777" w:rsidR="00161621" w:rsidRDefault="00A51595">
            <w:r>
              <w:t>6:30-44</w:t>
            </w:r>
          </w:p>
        </w:tc>
        <w:tc>
          <w:tcPr>
            <w:tcW w:w="1440" w:type="dxa"/>
          </w:tcPr>
          <w:p w14:paraId="22BA0B45" w14:textId="77777777" w:rsidR="00161621" w:rsidRDefault="00A51595">
            <w:r>
              <w:t>9:10-17</w:t>
            </w:r>
          </w:p>
        </w:tc>
        <w:tc>
          <w:tcPr>
            <w:tcW w:w="1440" w:type="dxa"/>
          </w:tcPr>
          <w:p w14:paraId="564F1621" w14:textId="77777777" w:rsidR="00161621" w:rsidRDefault="00A51595">
            <w:r>
              <w:t>6:1-15</w:t>
            </w:r>
          </w:p>
        </w:tc>
      </w:tr>
      <w:tr w:rsidR="00161621" w14:paraId="0916DAE2" w14:textId="77777777">
        <w:tc>
          <w:tcPr>
            <w:tcW w:w="1440" w:type="dxa"/>
          </w:tcPr>
          <w:p w14:paraId="27D927A5" w14:textId="77777777" w:rsidR="00161621" w:rsidRDefault="00A51595">
            <w:r>
              <w:t>20</w:t>
            </w:r>
          </w:p>
        </w:tc>
        <w:tc>
          <w:tcPr>
            <w:tcW w:w="1440" w:type="dxa"/>
          </w:tcPr>
          <w:p w14:paraId="50D2A561" w14:textId="77777777" w:rsidR="00161621" w:rsidRDefault="00A51595">
            <w:r>
              <w:t>Jesus Walks on Water</w:t>
            </w:r>
          </w:p>
        </w:tc>
        <w:tc>
          <w:tcPr>
            <w:tcW w:w="1440" w:type="dxa"/>
          </w:tcPr>
          <w:p w14:paraId="3C1F5C2C" w14:textId="77777777" w:rsidR="00161621" w:rsidRDefault="00A51595">
            <w:r>
              <w:t>14:22-33</w:t>
            </w:r>
          </w:p>
        </w:tc>
        <w:tc>
          <w:tcPr>
            <w:tcW w:w="1440" w:type="dxa"/>
          </w:tcPr>
          <w:p w14:paraId="1A1FC6F9" w14:textId="77777777" w:rsidR="00161621" w:rsidRDefault="00A51595">
            <w:r>
              <w:t>6:45-52</w:t>
            </w:r>
          </w:p>
        </w:tc>
        <w:tc>
          <w:tcPr>
            <w:tcW w:w="1440" w:type="dxa"/>
          </w:tcPr>
          <w:p w14:paraId="502100C5" w14:textId="77777777" w:rsidR="00161621" w:rsidRDefault="00161621"/>
        </w:tc>
        <w:tc>
          <w:tcPr>
            <w:tcW w:w="1440" w:type="dxa"/>
          </w:tcPr>
          <w:p w14:paraId="1D2755E4" w14:textId="77777777" w:rsidR="00161621" w:rsidRDefault="00A51595">
            <w:r>
              <w:t>6:16-21</w:t>
            </w:r>
          </w:p>
        </w:tc>
      </w:tr>
      <w:tr w:rsidR="00161621" w14:paraId="295F8482" w14:textId="77777777">
        <w:tc>
          <w:tcPr>
            <w:tcW w:w="1440" w:type="dxa"/>
          </w:tcPr>
          <w:p w14:paraId="4CD7B56A" w14:textId="77777777" w:rsidR="00161621" w:rsidRDefault="00A51595">
            <w:r>
              <w:t>21</w:t>
            </w:r>
          </w:p>
        </w:tc>
        <w:tc>
          <w:tcPr>
            <w:tcW w:w="1440" w:type="dxa"/>
          </w:tcPr>
          <w:p w14:paraId="0F2C595E" w14:textId="77777777" w:rsidR="00161621" w:rsidRDefault="00A51595">
            <w:r>
              <w:t xml:space="preserve">Jesus Heals </w:t>
            </w:r>
            <w:proofErr w:type="gramStart"/>
            <w:r>
              <w:t>Many</w:t>
            </w:r>
            <w:proofErr w:type="gramEnd"/>
            <w:r>
              <w:t xml:space="preserve"> Sick in Gennesaret as They </w:t>
            </w:r>
            <w:r>
              <w:t>Touch His Garment</w:t>
            </w:r>
          </w:p>
          <w:p w14:paraId="7FA68A7A" w14:textId="77777777" w:rsidR="00A51595" w:rsidRDefault="00A51595"/>
          <w:p w14:paraId="3FBB1271" w14:textId="77777777" w:rsidR="00A51595" w:rsidRDefault="00A51595"/>
          <w:p w14:paraId="0A578EE2" w14:textId="77777777" w:rsidR="00A51595" w:rsidRDefault="00A51595"/>
        </w:tc>
        <w:tc>
          <w:tcPr>
            <w:tcW w:w="1440" w:type="dxa"/>
          </w:tcPr>
          <w:p w14:paraId="5C1132BD" w14:textId="77777777" w:rsidR="00161621" w:rsidRDefault="00A51595">
            <w:r>
              <w:t>14:34-36</w:t>
            </w:r>
          </w:p>
        </w:tc>
        <w:tc>
          <w:tcPr>
            <w:tcW w:w="1440" w:type="dxa"/>
          </w:tcPr>
          <w:p w14:paraId="1AD4772C" w14:textId="77777777" w:rsidR="00161621" w:rsidRDefault="00A51595">
            <w:r>
              <w:t>6:53-56</w:t>
            </w:r>
          </w:p>
        </w:tc>
        <w:tc>
          <w:tcPr>
            <w:tcW w:w="1440" w:type="dxa"/>
          </w:tcPr>
          <w:p w14:paraId="63EC85C9" w14:textId="77777777" w:rsidR="00161621" w:rsidRDefault="00161621"/>
        </w:tc>
        <w:tc>
          <w:tcPr>
            <w:tcW w:w="1440" w:type="dxa"/>
          </w:tcPr>
          <w:p w14:paraId="03D54FB5" w14:textId="77777777" w:rsidR="00161621" w:rsidRDefault="00161621"/>
        </w:tc>
      </w:tr>
      <w:tr w:rsidR="00161621" w14:paraId="0B49DC05" w14:textId="77777777">
        <w:tc>
          <w:tcPr>
            <w:tcW w:w="1440" w:type="dxa"/>
          </w:tcPr>
          <w:p w14:paraId="506B3A14" w14:textId="77777777" w:rsidR="00161621" w:rsidRDefault="00A51595">
            <w:r>
              <w:lastRenderedPageBreak/>
              <w:t>22</w:t>
            </w:r>
          </w:p>
        </w:tc>
        <w:tc>
          <w:tcPr>
            <w:tcW w:w="1440" w:type="dxa"/>
          </w:tcPr>
          <w:p w14:paraId="3C9FFCB7" w14:textId="77777777" w:rsidR="00161621" w:rsidRDefault="00A51595">
            <w:r>
              <w:t>Jesus Heals a Gentile Woman’s Demon-Possessed Daughter</w:t>
            </w:r>
          </w:p>
        </w:tc>
        <w:tc>
          <w:tcPr>
            <w:tcW w:w="1440" w:type="dxa"/>
          </w:tcPr>
          <w:p w14:paraId="60AEBE16" w14:textId="77777777" w:rsidR="00161621" w:rsidRDefault="00A51595">
            <w:r>
              <w:t>15:21-28</w:t>
            </w:r>
          </w:p>
        </w:tc>
        <w:tc>
          <w:tcPr>
            <w:tcW w:w="1440" w:type="dxa"/>
          </w:tcPr>
          <w:p w14:paraId="2ABF4861" w14:textId="77777777" w:rsidR="00161621" w:rsidRDefault="00A51595">
            <w:r>
              <w:t>7:24-30</w:t>
            </w:r>
          </w:p>
        </w:tc>
        <w:tc>
          <w:tcPr>
            <w:tcW w:w="1440" w:type="dxa"/>
          </w:tcPr>
          <w:p w14:paraId="07488AC8" w14:textId="77777777" w:rsidR="00161621" w:rsidRDefault="00161621"/>
        </w:tc>
        <w:tc>
          <w:tcPr>
            <w:tcW w:w="1440" w:type="dxa"/>
          </w:tcPr>
          <w:p w14:paraId="0500D075" w14:textId="77777777" w:rsidR="00161621" w:rsidRDefault="00161621"/>
        </w:tc>
      </w:tr>
      <w:tr w:rsidR="00161621" w14:paraId="03238BF3" w14:textId="77777777">
        <w:tc>
          <w:tcPr>
            <w:tcW w:w="1440" w:type="dxa"/>
          </w:tcPr>
          <w:p w14:paraId="2B8A522E" w14:textId="77777777" w:rsidR="00161621" w:rsidRDefault="00A51595">
            <w:r>
              <w:t>23</w:t>
            </w:r>
          </w:p>
        </w:tc>
        <w:tc>
          <w:tcPr>
            <w:tcW w:w="1440" w:type="dxa"/>
          </w:tcPr>
          <w:p w14:paraId="747F888C" w14:textId="77777777" w:rsidR="00161621" w:rsidRDefault="00A51595">
            <w:r>
              <w:t>Jesus Heals a Deaf and Dumb Man</w:t>
            </w:r>
          </w:p>
        </w:tc>
        <w:tc>
          <w:tcPr>
            <w:tcW w:w="1440" w:type="dxa"/>
          </w:tcPr>
          <w:p w14:paraId="5BA65AE5" w14:textId="77777777" w:rsidR="00161621" w:rsidRDefault="00161621"/>
        </w:tc>
        <w:tc>
          <w:tcPr>
            <w:tcW w:w="1440" w:type="dxa"/>
          </w:tcPr>
          <w:p w14:paraId="17F9DCBC" w14:textId="77777777" w:rsidR="00161621" w:rsidRDefault="00A51595">
            <w:r>
              <w:t>7:31-37</w:t>
            </w:r>
          </w:p>
        </w:tc>
        <w:tc>
          <w:tcPr>
            <w:tcW w:w="1440" w:type="dxa"/>
          </w:tcPr>
          <w:p w14:paraId="6795CE18" w14:textId="77777777" w:rsidR="00161621" w:rsidRDefault="00161621"/>
        </w:tc>
        <w:tc>
          <w:tcPr>
            <w:tcW w:w="1440" w:type="dxa"/>
          </w:tcPr>
          <w:p w14:paraId="79105897" w14:textId="77777777" w:rsidR="00161621" w:rsidRDefault="00161621"/>
        </w:tc>
      </w:tr>
      <w:tr w:rsidR="00161621" w14:paraId="6234A79B" w14:textId="77777777">
        <w:tc>
          <w:tcPr>
            <w:tcW w:w="1440" w:type="dxa"/>
          </w:tcPr>
          <w:p w14:paraId="05BC9CC2" w14:textId="77777777" w:rsidR="00161621" w:rsidRDefault="00A51595">
            <w:r>
              <w:t>24</w:t>
            </w:r>
          </w:p>
        </w:tc>
        <w:tc>
          <w:tcPr>
            <w:tcW w:w="1440" w:type="dxa"/>
          </w:tcPr>
          <w:p w14:paraId="2FD669CA" w14:textId="77777777" w:rsidR="00161621" w:rsidRDefault="00A51595">
            <w:r>
              <w:t>Jesus Feeds 4,000 Plus Women and Children</w:t>
            </w:r>
          </w:p>
        </w:tc>
        <w:tc>
          <w:tcPr>
            <w:tcW w:w="1440" w:type="dxa"/>
          </w:tcPr>
          <w:p w14:paraId="4FA53467" w14:textId="77777777" w:rsidR="00161621" w:rsidRDefault="00A51595">
            <w:r>
              <w:t>15:32-39</w:t>
            </w:r>
          </w:p>
        </w:tc>
        <w:tc>
          <w:tcPr>
            <w:tcW w:w="1440" w:type="dxa"/>
          </w:tcPr>
          <w:p w14:paraId="0FD82FB2" w14:textId="77777777" w:rsidR="00161621" w:rsidRDefault="00A51595">
            <w:r>
              <w:t>8:1-13</w:t>
            </w:r>
          </w:p>
        </w:tc>
        <w:tc>
          <w:tcPr>
            <w:tcW w:w="1440" w:type="dxa"/>
          </w:tcPr>
          <w:p w14:paraId="73AA7A68" w14:textId="77777777" w:rsidR="00161621" w:rsidRDefault="00161621"/>
        </w:tc>
        <w:tc>
          <w:tcPr>
            <w:tcW w:w="1440" w:type="dxa"/>
          </w:tcPr>
          <w:p w14:paraId="6E26D134" w14:textId="77777777" w:rsidR="00161621" w:rsidRDefault="00161621"/>
        </w:tc>
      </w:tr>
      <w:tr w:rsidR="00161621" w14:paraId="0AAED473" w14:textId="77777777">
        <w:tc>
          <w:tcPr>
            <w:tcW w:w="1440" w:type="dxa"/>
          </w:tcPr>
          <w:p w14:paraId="190EDEEB" w14:textId="77777777" w:rsidR="00161621" w:rsidRDefault="00A51595">
            <w:r>
              <w:t>25</w:t>
            </w:r>
          </w:p>
        </w:tc>
        <w:tc>
          <w:tcPr>
            <w:tcW w:w="1440" w:type="dxa"/>
          </w:tcPr>
          <w:p w14:paraId="6A8AAFA4" w14:textId="77777777" w:rsidR="00161621" w:rsidRDefault="00A51595">
            <w:r>
              <w:t xml:space="preserve">Jesus Heals a Blind Man </w:t>
            </w:r>
            <w:r>
              <w:t>at Bethsaida</w:t>
            </w:r>
          </w:p>
        </w:tc>
        <w:tc>
          <w:tcPr>
            <w:tcW w:w="1440" w:type="dxa"/>
          </w:tcPr>
          <w:p w14:paraId="65811159" w14:textId="77777777" w:rsidR="00161621" w:rsidRDefault="00161621"/>
        </w:tc>
        <w:tc>
          <w:tcPr>
            <w:tcW w:w="1440" w:type="dxa"/>
          </w:tcPr>
          <w:p w14:paraId="23837D51" w14:textId="77777777" w:rsidR="00161621" w:rsidRDefault="00A51595">
            <w:r>
              <w:t>8:22-26</w:t>
            </w:r>
          </w:p>
        </w:tc>
        <w:tc>
          <w:tcPr>
            <w:tcW w:w="1440" w:type="dxa"/>
          </w:tcPr>
          <w:p w14:paraId="066B5B2E" w14:textId="77777777" w:rsidR="00161621" w:rsidRDefault="00161621"/>
        </w:tc>
        <w:tc>
          <w:tcPr>
            <w:tcW w:w="1440" w:type="dxa"/>
          </w:tcPr>
          <w:p w14:paraId="5F95A383" w14:textId="77777777" w:rsidR="00161621" w:rsidRDefault="00161621"/>
        </w:tc>
      </w:tr>
      <w:tr w:rsidR="00161621" w14:paraId="1CC244E4" w14:textId="77777777">
        <w:tc>
          <w:tcPr>
            <w:tcW w:w="1440" w:type="dxa"/>
          </w:tcPr>
          <w:p w14:paraId="7018FCEB" w14:textId="77777777" w:rsidR="00161621" w:rsidRDefault="00A51595">
            <w:r>
              <w:t>26</w:t>
            </w:r>
          </w:p>
        </w:tc>
        <w:tc>
          <w:tcPr>
            <w:tcW w:w="1440" w:type="dxa"/>
          </w:tcPr>
          <w:p w14:paraId="09ABA59B" w14:textId="77777777" w:rsidR="00161621" w:rsidRDefault="00A51595">
            <w:r>
              <w:t>Jesus Heals a Man Born Blind by Spitting in His Eyes</w:t>
            </w:r>
          </w:p>
        </w:tc>
        <w:tc>
          <w:tcPr>
            <w:tcW w:w="1440" w:type="dxa"/>
          </w:tcPr>
          <w:p w14:paraId="18FCE3E2" w14:textId="77777777" w:rsidR="00161621" w:rsidRDefault="00161621"/>
        </w:tc>
        <w:tc>
          <w:tcPr>
            <w:tcW w:w="1440" w:type="dxa"/>
          </w:tcPr>
          <w:p w14:paraId="38BF0DE6" w14:textId="77777777" w:rsidR="00161621" w:rsidRDefault="00161621"/>
        </w:tc>
        <w:tc>
          <w:tcPr>
            <w:tcW w:w="1440" w:type="dxa"/>
          </w:tcPr>
          <w:p w14:paraId="1484FE42" w14:textId="77777777" w:rsidR="00161621" w:rsidRDefault="00161621"/>
        </w:tc>
        <w:tc>
          <w:tcPr>
            <w:tcW w:w="1440" w:type="dxa"/>
          </w:tcPr>
          <w:p w14:paraId="4D1AEB50" w14:textId="77777777" w:rsidR="00161621" w:rsidRDefault="00A51595">
            <w:r>
              <w:t>9:1-12</w:t>
            </w:r>
          </w:p>
        </w:tc>
      </w:tr>
      <w:tr w:rsidR="00161621" w14:paraId="29866505" w14:textId="77777777">
        <w:tc>
          <w:tcPr>
            <w:tcW w:w="1440" w:type="dxa"/>
          </w:tcPr>
          <w:p w14:paraId="63D996B9" w14:textId="77777777" w:rsidR="00161621" w:rsidRDefault="00A51595">
            <w:r>
              <w:t>27</w:t>
            </w:r>
          </w:p>
        </w:tc>
        <w:tc>
          <w:tcPr>
            <w:tcW w:w="1440" w:type="dxa"/>
          </w:tcPr>
          <w:p w14:paraId="2D782461" w14:textId="77777777" w:rsidR="00161621" w:rsidRDefault="00A51595">
            <w:r>
              <w:t>Jesus Heals a Boy With an Unclean Spirit</w:t>
            </w:r>
          </w:p>
        </w:tc>
        <w:tc>
          <w:tcPr>
            <w:tcW w:w="1440" w:type="dxa"/>
          </w:tcPr>
          <w:p w14:paraId="751869AA" w14:textId="77777777" w:rsidR="00161621" w:rsidRDefault="00A51595">
            <w:r>
              <w:t>17:14-20</w:t>
            </w:r>
          </w:p>
        </w:tc>
        <w:tc>
          <w:tcPr>
            <w:tcW w:w="1440" w:type="dxa"/>
          </w:tcPr>
          <w:p w14:paraId="449A8316" w14:textId="77777777" w:rsidR="00161621" w:rsidRDefault="00A51595">
            <w:r>
              <w:t>9:14-29</w:t>
            </w:r>
          </w:p>
        </w:tc>
        <w:tc>
          <w:tcPr>
            <w:tcW w:w="1440" w:type="dxa"/>
          </w:tcPr>
          <w:p w14:paraId="76A3C538" w14:textId="77777777" w:rsidR="00161621" w:rsidRDefault="00A51595">
            <w:r>
              <w:t>9:37-43</w:t>
            </w:r>
          </w:p>
        </w:tc>
        <w:tc>
          <w:tcPr>
            <w:tcW w:w="1440" w:type="dxa"/>
          </w:tcPr>
          <w:p w14:paraId="03D1FA92" w14:textId="77777777" w:rsidR="00161621" w:rsidRDefault="00161621"/>
        </w:tc>
      </w:tr>
      <w:tr w:rsidR="00161621" w14:paraId="445FCFC6" w14:textId="77777777">
        <w:tc>
          <w:tcPr>
            <w:tcW w:w="1440" w:type="dxa"/>
          </w:tcPr>
          <w:p w14:paraId="23DE2A37" w14:textId="77777777" w:rsidR="00161621" w:rsidRDefault="00A51595">
            <w:r>
              <w:t>28</w:t>
            </w:r>
          </w:p>
        </w:tc>
        <w:tc>
          <w:tcPr>
            <w:tcW w:w="1440" w:type="dxa"/>
          </w:tcPr>
          <w:p w14:paraId="1D0638B4" w14:textId="77777777" w:rsidR="00161621" w:rsidRDefault="00A51595">
            <w:r>
              <w:t>Miraculous Temple Tax in a Fish’s Mouth</w:t>
            </w:r>
          </w:p>
        </w:tc>
        <w:tc>
          <w:tcPr>
            <w:tcW w:w="1440" w:type="dxa"/>
          </w:tcPr>
          <w:p w14:paraId="12BA1820" w14:textId="77777777" w:rsidR="00161621" w:rsidRDefault="00A51595">
            <w:r>
              <w:t>17:24-27</w:t>
            </w:r>
          </w:p>
        </w:tc>
        <w:tc>
          <w:tcPr>
            <w:tcW w:w="1440" w:type="dxa"/>
          </w:tcPr>
          <w:p w14:paraId="083C4916" w14:textId="77777777" w:rsidR="00161621" w:rsidRDefault="00161621"/>
        </w:tc>
        <w:tc>
          <w:tcPr>
            <w:tcW w:w="1440" w:type="dxa"/>
          </w:tcPr>
          <w:p w14:paraId="0BCC9315" w14:textId="77777777" w:rsidR="00161621" w:rsidRDefault="00161621"/>
        </w:tc>
        <w:tc>
          <w:tcPr>
            <w:tcW w:w="1440" w:type="dxa"/>
          </w:tcPr>
          <w:p w14:paraId="4233480C" w14:textId="77777777" w:rsidR="00161621" w:rsidRDefault="00161621"/>
        </w:tc>
      </w:tr>
      <w:tr w:rsidR="00161621" w14:paraId="733703F9" w14:textId="77777777">
        <w:tc>
          <w:tcPr>
            <w:tcW w:w="1440" w:type="dxa"/>
          </w:tcPr>
          <w:p w14:paraId="2AB2A97C" w14:textId="77777777" w:rsidR="00161621" w:rsidRDefault="00A51595">
            <w:r>
              <w:t>29</w:t>
            </w:r>
          </w:p>
        </w:tc>
        <w:tc>
          <w:tcPr>
            <w:tcW w:w="1440" w:type="dxa"/>
          </w:tcPr>
          <w:p w14:paraId="231CC99F" w14:textId="77777777" w:rsidR="00161621" w:rsidRDefault="00A51595">
            <w:r>
              <w:t xml:space="preserve">Jesus Heals a Blind, Mute </w:t>
            </w:r>
            <w:r>
              <w:t>Demoniac</w:t>
            </w:r>
          </w:p>
        </w:tc>
        <w:tc>
          <w:tcPr>
            <w:tcW w:w="1440" w:type="dxa"/>
          </w:tcPr>
          <w:p w14:paraId="226FAEDB" w14:textId="77777777" w:rsidR="00161621" w:rsidRDefault="00A51595">
            <w:r>
              <w:t>12:22-23</w:t>
            </w:r>
          </w:p>
        </w:tc>
        <w:tc>
          <w:tcPr>
            <w:tcW w:w="1440" w:type="dxa"/>
          </w:tcPr>
          <w:p w14:paraId="3193D616" w14:textId="77777777" w:rsidR="00161621" w:rsidRDefault="00161621"/>
        </w:tc>
        <w:tc>
          <w:tcPr>
            <w:tcW w:w="1440" w:type="dxa"/>
          </w:tcPr>
          <w:p w14:paraId="0F88CB42" w14:textId="77777777" w:rsidR="00161621" w:rsidRDefault="00A51595">
            <w:r>
              <w:t>11:14-23</w:t>
            </w:r>
          </w:p>
        </w:tc>
        <w:tc>
          <w:tcPr>
            <w:tcW w:w="1440" w:type="dxa"/>
          </w:tcPr>
          <w:p w14:paraId="0DEA5E79" w14:textId="77777777" w:rsidR="00161621" w:rsidRDefault="00161621"/>
        </w:tc>
      </w:tr>
      <w:tr w:rsidR="00161621" w14:paraId="1ECB79A3" w14:textId="77777777">
        <w:tc>
          <w:tcPr>
            <w:tcW w:w="1440" w:type="dxa"/>
          </w:tcPr>
          <w:p w14:paraId="20A05441" w14:textId="77777777" w:rsidR="00161621" w:rsidRDefault="00A51595">
            <w:r>
              <w:t>30</w:t>
            </w:r>
          </w:p>
        </w:tc>
        <w:tc>
          <w:tcPr>
            <w:tcW w:w="1440" w:type="dxa"/>
          </w:tcPr>
          <w:p w14:paraId="41CD1190" w14:textId="77777777" w:rsidR="00161621" w:rsidRDefault="00A51595">
            <w:r>
              <w:t>Jesus Heals a Woman Who Had Been Crippled for 18 Years</w:t>
            </w:r>
          </w:p>
        </w:tc>
        <w:tc>
          <w:tcPr>
            <w:tcW w:w="1440" w:type="dxa"/>
          </w:tcPr>
          <w:p w14:paraId="732793E1" w14:textId="77777777" w:rsidR="00161621" w:rsidRDefault="00161621"/>
        </w:tc>
        <w:tc>
          <w:tcPr>
            <w:tcW w:w="1440" w:type="dxa"/>
          </w:tcPr>
          <w:p w14:paraId="50612562" w14:textId="77777777" w:rsidR="00161621" w:rsidRDefault="00161621"/>
        </w:tc>
        <w:tc>
          <w:tcPr>
            <w:tcW w:w="1440" w:type="dxa"/>
          </w:tcPr>
          <w:p w14:paraId="39E40A2D" w14:textId="77777777" w:rsidR="00161621" w:rsidRDefault="00A51595">
            <w:r>
              <w:t>13:10-17</w:t>
            </w:r>
          </w:p>
        </w:tc>
        <w:tc>
          <w:tcPr>
            <w:tcW w:w="1440" w:type="dxa"/>
          </w:tcPr>
          <w:p w14:paraId="7C673790" w14:textId="77777777" w:rsidR="00161621" w:rsidRDefault="00161621"/>
        </w:tc>
      </w:tr>
      <w:tr w:rsidR="00161621" w14:paraId="0261E096" w14:textId="77777777">
        <w:tc>
          <w:tcPr>
            <w:tcW w:w="1440" w:type="dxa"/>
          </w:tcPr>
          <w:p w14:paraId="7F063276" w14:textId="77777777" w:rsidR="00161621" w:rsidRDefault="00A51595">
            <w:r>
              <w:t>31</w:t>
            </w:r>
          </w:p>
        </w:tc>
        <w:tc>
          <w:tcPr>
            <w:tcW w:w="1440" w:type="dxa"/>
          </w:tcPr>
          <w:p w14:paraId="2BCAC750" w14:textId="77777777" w:rsidR="00161621" w:rsidRDefault="00A51595">
            <w:r>
              <w:t>Jesus Heals a Man With Dropsy on the Sabbath</w:t>
            </w:r>
          </w:p>
        </w:tc>
        <w:tc>
          <w:tcPr>
            <w:tcW w:w="1440" w:type="dxa"/>
          </w:tcPr>
          <w:p w14:paraId="1D4D1803" w14:textId="77777777" w:rsidR="00161621" w:rsidRDefault="00161621"/>
        </w:tc>
        <w:tc>
          <w:tcPr>
            <w:tcW w:w="1440" w:type="dxa"/>
          </w:tcPr>
          <w:p w14:paraId="319EFDA9" w14:textId="77777777" w:rsidR="00161621" w:rsidRDefault="00161621"/>
        </w:tc>
        <w:tc>
          <w:tcPr>
            <w:tcW w:w="1440" w:type="dxa"/>
          </w:tcPr>
          <w:p w14:paraId="3B761CAE" w14:textId="77777777" w:rsidR="00161621" w:rsidRDefault="00A51595">
            <w:r>
              <w:t>14:1-6</w:t>
            </w:r>
          </w:p>
        </w:tc>
        <w:tc>
          <w:tcPr>
            <w:tcW w:w="1440" w:type="dxa"/>
          </w:tcPr>
          <w:p w14:paraId="3D370259" w14:textId="77777777" w:rsidR="00161621" w:rsidRDefault="00161621"/>
        </w:tc>
      </w:tr>
      <w:tr w:rsidR="00161621" w14:paraId="53941757" w14:textId="77777777">
        <w:tc>
          <w:tcPr>
            <w:tcW w:w="1440" w:type="dxa"/>
          </w:tcPr>
          <w:p w14:paraId="7FF17C35" w14:textId="77777777" w:rsidR="00161621" w:rsidRDefault="00A51595">
            <w:r>
              <w:t>32</w:t>
            </w:r>
          </w:p>
        </w:tc>
        <w:tc>
          <w:tcPr>
            <w:tcW w:w="1440" w:type="dxa"/>
          </w:tcPr>
          <w:p w14:paraId="6E36F36A" w14:textId="77777777" w:rsidR="00161621" w:rsidRDefault="00A51595">
            <w:r>
              <w:t>Jesus Cleanses Ten Lepers on the Way to Jerusalem</w:t>
            </w:r>
          </w:p>
        </w:tc>
        <w:tc>
          <w:tcPr>
            <w:tcW w:w="1440" w:type="dxa"/>
          </w:tcPr>
          <w:p w14:paraId="4D252B82" w14:textId="77777777" w:rsidR="00161621" w:rsidRDefault="00161621"/>
        </w:tc>
        <w:tc>
          <w:tcPr>
            <w:tcW w:w="1440" w:type="dxa"/>
          </w:tcPr>
          <w:p w14:paraId="2602F9C3" w14:textId="77777777" w:rsidR="00161621" w:rsidRDefault="00161621"/>
        </w:tc>
        <w:tc>
          <w:tcPr>
            <w:tcW w:w="1440" w:type="dxa"/>
          </w:tcPr>
          <w:p w14:paraId="5B347804" w14:textId="77777777" w:rsidR="00161621" w:rsidRDefault="00A51595">
            <w:r>
              <w:t>17:11-19</w:t>
            </w:r>
          </w:p>
        </w:tc>
        <w:tc>
          <w:tcPr>
            <w:tcW w:w="1440" w:type="dxa"/>
          </w:tcPr>
          <w:p w14:paraId="06ED2AEA" w14:textId="77777777" w:rsidR="00161621" w:rsidRDefault="00161621"/>
        </w:tc>
      </w:tr>
      <w:tr w:rsidR="00161621" w14:paraId="066FB3F6" w14:textId="77777777">
        <w:tc>
          <w:tcPr>
            <w:tcW w:w="1440" w:type="dxa"/>
          </w:tcPr>
          <w:p w14:paraId="7350579E" w14:textId="77777777" w:rsidR="00161621" w:rsidRDefault="00A51595">
            <w:r>
              <w:t>33</w:t>
            </w:r>
          </w:p>
        </w:tc>
        <w:tc>
          <w:tcPr>
            <w:tcW w:w="1440" w:type="dxa"/>
          </w:tcPr>
          <w:p w14:paraId="7454AC93" w14:textId="77777777" w:rsidR="00161621" w:rsidRDefault="00A51595">
            <w:r>
              <w:t xml:space="preserve">Jesus Raises Lazarus </w:t>
            </w:r>
            <w:r>
              <w:t>from the Dead in Bethany</w:t>
            </w:r>
          </w:p>
          <w:p w14:paraId="6C3E41A1" w14:textId="77777777" w:rsidR="00A51595" w:rsidRDefault="00A51595"/>
        </w:tc>
        <w:tc>
          <w:tcPr>
            <w:tcW w:w="1440" w:type="dxa"/>
          </w:tcPr>
          <w:p w14:paraId="2B68B9CC" w14:textId="77777777" w:rsidR="00161621" w:rsidRDefault="00161621"/>
        </w:tc>
        <w:tc>
          <w:tcPr>
            <w:tcW w:w="1440" w:type="dxa"/>
          </w:tcPr>
          <w:p w14:paraId="6BAC87C5" w14:textId="77777777" w:rsidR="00161621" w:rsidRDefault="00161621"/>
        </w:tc>
        <w:tc>
          <w:tcPr>
            <w:tcW w:w="1440" w:type="dxa"/>
          </w:tcPr>
          <w:p w14:paraId="54E18767" w14:textId="77777777" w:rsidR="00161621" w:rsidRDefault="00161621"/>
        </w:tc>
        <w:tc>
          <w:tcPr>
            <w:tcW w:w="1440" w:type="dxa"/>
          </w:tcPr>
          <w:p w14:paraId="6B14578D" w14:textId="77777777" w:rsidR="00161621" w:rsidRDefault="00A51595">
            <w:r>
              <w:t>11:1-45</w:t>
            </w:r>
          </w:p>
        </w:tc>
      </w:tr>
      <w:tr w:rsidR="00161621" w14:paraId="5F4AC18C" w14:textId="77777777">
        <w:tc>
          <w:tcPr>
            <w:tcW w:w="1440" w:type="dxa"/>
          </w:tcPr>
          <w:p w14:paraId="0657A209" w14:textId="77777777" w:rsidR="00161621" w:rsidRDefault="00A51595">
            <w:r>
              <w:lastRenderedPageBreak/>
              <w:t>34</w:t>
            </w:r>
          </w:p>
        </w:tc>
        <w:tc>
          <w:tcPr>
            <w:tcW w:w="1440" w:type="dxa"/>
          </w:tcPr>
          <w:p w14:paraId="6AEFF98D" w14:textId="77777777" w:rsidR="00161621" w:rsidRDefault="00A51595">
            <w:r>
              <w:t>Jesus Restores Sight to Bartimaeus in Jericho</w:t>
            </w:r>
          </w:p>
        </w:tc>
        <w:tc>
          <w:tcPr>
            <w:tcW w:w="1440" w:type="dxa"/>
          </w:tcPr>
          <w:p w14:paraId="13457E9A" w14:textId="77777777" w:rsidR="00161621" w:rsidRDefault="00A51595">
            <w:r>
              <w:t>20:29-34</w:t>
            </w:r>
          </w:p>
        </w:tc>
        <w:tc>
          <w:tcPr>
            <w:tcW w:w="1440" w:type="dxa"/>
          </w:tcPr>
          <w:p w14:paraId="6C168E78" w14:textId="77777777" w:rsidR="00161621" w:rsidRDefault="00A51595">
            <w:r>
              <w:t>10:46-52</w:t>
            </w:r>
          </w:p>
        </w:tc>
        <w:tc>
          <w:tcPr>
            <w:tcW w:w="1440" w:type="dxa"/>
          </w:tcPr>
          <w:p w14:paraId="38647819" w14:textId="77777777" w:rsidR="00161621" w:rsidRDefault="00A51595">
            <w:r>
              <w:t>18:35-43</w:t>
            </w:r>
          </w:p>
        </w:tc>
        <w:tc>
          <w:tcPr>
            <w:tcW w:w="1440" w:type="dxa"/>
          </w:tcPr>
          <w:p w14:paraId="01601D25" w14:textId="77777777" w:rsidR="00161621" w:rsidRDefault="00161621"/>
        </w:tc>
      </w:tr>
      <w:tr w:rsidR="00161621" w14:paraId="302DAAFB" w14:textId="77777777">
        <w:tc>
          <w:tcPr>
            <w:tcW w:w="1440" w:type="dxa"/>
          </w:tcPr>
          <w:p w14:paraId="51EFFF09" w14:textId="77777777" w:rsidR="00161621" w:rsidRDefault="00A51595">
            <w:r>
              <w:t>35</w:t>
            </w:r>
          </w:p>
        </w:tc>
        <w:tc>
          <w:tcPr>
            <w:tcW w:w="1440" w:type="dxa"/>
          </w:tcPr>
          <w:p w14:paraId="7F17E624" w14:textId="77777777" w:rsidR="00161621" w:rsidRDefault="00A51595">
            <w:r>
              <w:t>Jesus Withers the Fig Tree on the Road From Bethany</w:t>
            </w:r>
          </w:p>
        </w:tc>
        <w:tc>
          <w:tcPr>
            <w:tcW w:w="1440" w:type="dxa"/>
          </w:tcPr>
          <w:p w14:paraId="52E4E62B" w14:textId="77777777" w:rsidR="00161621" w:rsidRDefault="00A51595">
            <w:r>
              <w:t>21:18-22</w:t>
            </w:r>
          </w:p>
        </w:tc>
        <w:tc>
          <w:tcPr>
            <w:tcW w:w="1440" w:type="dxa"/>
          </w:tcPr>
          <w:p w14:paraId="325ED976" w14:textId="77777777" w:rsidR="00161621" w:rsidRDefault="00A51595">
            <w:r>
              <w:t>11:12-14</w:t>
            </w:r>
          </w:p>
        </w:tc>
        <w:tc>
          <w:tcPr>
            <w:tcW w:w="1440" w:type="dxa"/>
          </w:tcPr>
          <w:p w14:paraId="7BC95589" w14:textId="77777777" w:rsidR="00161621" w:rsidRDefault="00161621"/>
        </w:tc>
        <w:tc>
          <w:tcPr>
            <w:tcW w:w="1440" w:type="dxa"/>
          </w:tcPr>
          <w:p w14:paraId="75E36885" w14:textId="77777777" w:rsidR="00161621" w:rsidRDefault="00161621"/>
        </w:tc>
      </w:tr>
      <w:tr w:rsidR="00161621" w14:paraId="4C2CCB2F" w14:textId="77777777">
        <w:tc>
          <w:tcPr>
            <w:tcW w:w="1440" w:type="dxa"/>
          </w:tcPr>
          <w:p w14:paraId="630531FA" w14:textId="77777777" w:rsidR="00161621" w:rsidRDefault="00A51595">
            <w:r>
              <w:t>36</w:t>
            </w:r>
          </w:p>
        </w:tc>
        <w:tc>
          <w:tcPr>
            <w:tcW w:w="1440" w:type="dxa"/>
          </w:tcPr>
          <w:p w14:paraId="595B3902" w14:textId="77777777" w:rsidR="00161621" w:rsidRDefault="00A51595">
            <w:r>
              <w:t xml:space="preserve">Jesus Heals a Servant’s Severed Ear While He Is Being </w:t>
            </w:r>
            <w:r>
              <w:t>Arrested</w:t>
            </w:r>
          </w:p>
        </w:tc>
        <w:tc>
          <w:tcPr>
            <w:tcW w:w="1440" w:type="dxa"/>
          </w:tcPr>
          <w:p w14:paraId="1BA6DEDD" w14:textId="77777777" w:rsidR="00161621" w:rsidRDefault="00161621"/>
        </w:tc>
        <w:tc>
          <w:tcPr>
            <w:tcW w:w="1440" w:type="dxa"/>
          </w:tcPr>
          <w:p w14:paraId="6BC095A8" w14:textId="77777777" w:rsidR="00161621" w:rsidRDefault="00161621"/>
        </w:tc>
        <w:tc>
          <w:tcPr>
            <w:tcW w:w="1440" w:type="dxa"/>
          </w:tcPr>
          <w:p w14:paraId="563A31E9" w14:textId="77777777" w:rsidR="00161621" w:rsidRDefault="00161621"/>
        </w:tc>
        <w:tc>
          <w:tcPr>
            <w:tcW w:w="1440" w:type="dxa"/>
          </w:tcPr>
          <w:p w14:paraId="1199966F" w14:textId="77777777" w:rsidR="00161621" w:rsidRDefault="00A51595">
            <w:r>
              <w:t>22:50-51</w:t>
            </w:r>
          </w:p>
        </w:tc>
      </w:tr>
      <w:tr w:rsidR="00161621" w14:paraId="7FB3B0AC" w14:textId="77777777">
        <w:tc>
          <w:tcPr>
            <w:tcW w:w="1440" w:type="dxa"/>
          </w:tcPr>
          <w:p w14:paraId="6D7BA004" w14:textId="77777777" w:rsidR="00161621" w:rsidRDefault="00A51595">
            <w:r>
              <w:t>37</w:t>
            </w:r>
          </w:p>
        </w:tc>
        <w:tc>
          <w:tcPr>
            <w:tcW w:w="1440" w:type="dxa"/>
          </w:tcPr>
          <w:p w14:paraId="3AB6A068" w14:textId="77777777" w:rsidR="00161621" w:rsidRDefault="00A51595">
            <w:r>
              <w:t>The Second Miraculous Catch of Fish at the Sea of Tiberias</w:t>
            </w:r>
          </w:p>
        </w:tc>
        <w:tc>
          <w:tcPr>
            <w:tcW w:w="1440" w:type="dxa"/>
          </w:tcPr>
          <w:p w14:paraId="0B347F70" w14:textId="77777777" w:rsidR="00161621" w:rsidRDefault="00161621"/>
        </w:tc>
        <w:tc>
          <w:tcPr>
            <w:tcW w:w="1440" w:type="dxa"/>
          </w:tcPr>
          <w:p w14:paraId="7809B45D" w14:textId="77777777" w:rsidR="00161621" w:rsidRDefault="00161621"/>
        </w:tc>
        <w:tc>
          <w:tcPr>
            <w:tcW w:w="1440" w:type="dxa"/>
          </w:tcPr>
          <w:p w14:paraId="27595B55" w14:textId="77777777" w:rsidR="00161621" w:rsidRDefault="00161621"/>
        </w:tc>
        <w:tc>
          <w:tcPr>
            <w:tcW w:w="1440" w:type="dxa"/>
          </w:tcPr>
          <w:p w14:paraId="2A1195FC" w14:textId="77777777" w:rsidR="00161621" w:rsidRDefault="00A51595">
            <w:r>
              <w:t>21:4-11</w:t>
            </w:r>
          </w:p>
        </w:tc>
      </w:tr>
    </w:tbl>
    <w:p w14:paraId="2B8DA54E" w14:textId="77777777" w:rsidR="00A51595" w:rsidRDefault="00A51595"/>
    <w:sectPr w:rsidR="00000000" w:rsidSect="00A51595"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59509563">
    <w:abstractNumId w:val="8"/>
  </w:num>
  <w:num w:numId="2" w16cid:durableId="601302513">
    <w:abstractNumId w:val="6"/>
  </w:num>
  <w:num w:numId="3" w16cid:durableId="1765221755">
    <w:abstractNumId w:val="5"/>
  </w:num>
  <w:num w:numId="4" w16cid:durableId="162478667">
    <w:abstractNumId w:val="4"/>
  </w:num>
  <w:num w:numId="5" w16cid:durableId="1330256681">
    <w:abstractNumId w:val="7"/>
  </w:num>
  <w:num w:numId="6" w16cid:durableId="584918319">
    <w:abstractNumId w:val="3"/>
  </w:num>
  <w:num w:numId="7" w16cid:durableId="34743548">
    <w:abstractNumId w:val="2"/>
  </w:num>
  <w:num w:numId="8" w16cid:durableId="36513123">
    <w:abstractNumId w:val="1"/>
  </w:num>
  <w:num w:numId="9" w16cid:durableId="1788771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61621"/>
    <w:rsid w:val="0029639D"/>
    <w:rsid w:val="00326F90"/>
    <w:rsid w:val="00A51595"/>
    <w:rsid w:val="00AA1D8D"/>
    <w:rsid w:val="00B47730"/>
    <w:rsid w:val="00CB0664"/>
    <w:rsid w:val="00FC58F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D9080A"/>
  <w14:defaultImageDpi w14:val="300"/>
  <w15:docId w15:val="{1769FB08-E4A9-4446-A5DC-E34428BC0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Teresa Gibson</cp:lastModifiedBy>
  <cp:revision>2</cp:revision>
  <dcterms:created xsi:type="dcterms:W3CDTF">2025-06-23T02:32:00Z</dcterms:created>
  <dcterms:modified xsi:type="dcterms:W3CDTF">2025-06-23T02:32:00Z</dcterms:modified>
  <cp:category/>
</cp:coreProperties>
</file>